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19D2" w:rsidRPr="00E919D2" w:rsidRDefault="00E919D2" w:rsidP="008D1576">
      <w:pPr>
        <w:spacing w:after="0"/>
        <w:rPr>
          <w:color w:val="0F243E" w:themeColor="text2" w:themeShade="80"/>
          <w:sz w:val="52"/>
          <w:szCs w:val="52"/>
          <w:lang w:val="sr-Cyrl-RS"/>
        </w:rPr>
      </w:pPr>
      <w:r w:rsidRPr="00E919D2">
        <w:rPr>
          <w:color w:val="0F243E" w:themeColor="text2" w:themeShade="80"/>
          <w:sz w:val="52"/>
          <w:szCs w:val="52"/>
          <w:lang w:val="sr-Cyrl-RS"/>
        </w:rPr>
        <w:t>КОНКУРС</w:t>
      </w:r>
    </w:p>
    <w:p w:rsidR="00E919D2" w:rsidRDefault="00E919D2" w:rsidP="008D1576">
      <w:pPr>
        <w:spacing w:after="0"/>
        <w:rPr>
          <w:sz w:val="32"/>
          <w:szCs w:val="32"/>
          <w:lang w:val="sr-Cyrl-RS"/>
        </w:rPr>
      </w:pPr>
    </w:p>
    <w:p w:rsidR="0027569C" w:rsidRPr="00D47DFB" w:rsidRDefault="0025247F" w:rsidP="008D1576">
      <w:pPr>
        <w:spacing w:after="0"/>
        <w:rPr>
          <w:sz w:val="32"/>
          <w:szCs w:val="32"/>
          <w:lang w:val="sr-Cyrl-RS"/>
        </w:rPr>
      </w:pPr>
      <w:r w:rsidRPr="00D47DFB">
        <w:rPr>
          <w:sz w:val="32"/>
          <w:szCs w:val="32"/>
          <w:lang w:val="sr-Cyrl-RS"/>
        </w:rPr>
        <w:t>ЗАДУЖБИНЕ</w:t>
      </w:r>
      <w:bookmarkStart w:id="0" w:name="_GoBack"/>
      <w:bookmarkEnd w:id="0"/>
      <w:r w:rsidRPr="00D47DFB">
        <w:rPr>
          <w:sz w:val="32"/>
          <w:szCs w:val="32"/>
          <w:lang w:val="sr-Cyrl-RS"/>
        </w:rPr>
        <w:t xml:space="preserve"> ИЛИЈЕ М. КОЛАРЦА</w:t>
      </w:r>
      <w:r w:rsidR="0027569C" w:rsidRPr="00D47DFB">
        <w:rPr>
          <w:sz w:val="32"/>
          <w:szCs w:val="32"/>
          <w:lang w:val="sr-Cyrl-RS"/>
        </w:rPr>
        <w:t xml:space="preserve"> ЗА </w:t>
      </w:r>
      <w:r w:rsidR="00025762" w:rsidRPr="00D47DFB">
        <w:rPr>
          <w:sz w:val="32"/>
          <w:szCs w:val="32"/>
          <w:lang w:val="sr-Cyrl-RS"/>
        </w:rPr>
        <w:t xml:space="preserve">ИЗЛАГАЊА </w:t>
      </w:r>
      <w:r w:rsidR="00F84B98" w:rsidRPr="00D47DFB">
        <w:rPr>
          <w:sz w:val="32"/>
          <w:szCs w:val="32"/>
          <w:lang w:val="sr-Cyrl-RS"/>
        </w:rPr>
        <w:t xml:space="preserve">У </w:t>
      </w:r>
      <w:r w:rsidR="0065412C" w:rsidRPr="00D47DFB">
        <w:rPr>
          <w:sz w:val="32"/>
          <w:szCs w:val="32"/>
          <w:lang w:val="sr-Cyrl-RS"/>
        </w:rPr>
        <w:t xml:space="preserve">ГАЛЕРИЈИ ЗА </w:t>
      </w:r>
      <w:r w:rsidR="00025762" w:rsidRPr="00D47DFB">
        <w:rPr>
          <w:sz w:val="32"/>
          <w:szCs w:val="32"/>
          <w:lang w:val="sr-Cyrl-RS"/>
        </w:rPr>
        <w:t>202</w:t>
      </w:r>
      <w:r w:rsidR="00735564">
        <w:rPr>
          <w:sz w:val="32"/>
          <w:szCs w:val="32"/>
          <w:lang w:val="sr-Latn-RS"/>
        </w:rPr>
        <w:t>7</w:t>
      </w:r>
      <w:r w:rsidR="00025762" w:rsidRPr="00D47DFB">
        <w:rPr>
          <w:sz w:val="32"/>
          <w:szCs w:val="32"/>
          <w:lang w:val="sr-Cyrl-RS"/>
        </w:rPr>
        <w:t>. ГОДИН</w:t>
      </w:r>
      <w:r w:rsidR="00BC546C" w:rsidRPr="00D47DFB">
        <w:rPr>
          <w:sz w:val="32"/>
          <w:szCs w:val="32"/>
          <w:lang w:val="sr-Cyrl-RS"/>
        </w:rPr>
        <w:t>У</w:t>
      </w:r>
      <w:r w:rsidRPr="00D47DFB">
        <w:rPr>
          <w:sz w:val="32"/>
          <w:szCs w:val="32"/>
          <w:lang w:val="sr-Cyrl-RS"/>
        </w:rPr>
        <w:br/>
      </w:r>
    </w:p>
    <w:p w:rsidR="00DC7AD2" w:rsidRPr="00DC7AD2" w:rsidRDefault="00DC7AD2" w:rsidP="008D1576">
      <w:pPr>
        <w:spacing w:after="0"/>
        <w:rPr>
          <w:sz w:val="28"/>
          <w:szCs w:val="28"/>
          <w:lang w:val="sr-Cyrl-RS"/>
        </w:rPr>
      </w:pPr>
    </w:p>
    <w:p w:rsidR="00C5099E" w:rsidRPr="001E7083" w:rsidRDefault="0027569C" w:rsidP="008D1576">
      <w:pPr>
        <w:spacing w:after="0"/>
        <w:rPr>
          <w:lang w:val="sr-Cyrl-RS"/>
        </w:rPr>
      </w:pPr>
      <w:r w:rsidRPr="001E7083">
        <w:rPr>
          <w:lang w:val="sr-Cyrl-RS"/>
        </w:rPr>
        <w:t xml:space="preserve">Конкурс је отворен </w:t>
      </w:r>
      <w:r w:rsidR="0025247F" w:rsidRPr="001E7083">
        <w:rPr>
          <w:lang w:val="sr-Cyrl-RS"/>
        </w:rPr>
        <w:t xml:space="preserve">за </w:t>
      </w:r>
      <w:r w:rsidR="00BA3A36" w:rsidRPr="001E7083">
        <w:rPr>
          <w:lang w:val="sr-Cyrl-RS"/>
        </w:rPr>
        <w:t>самосталне изложбе</w:t>
      </w:r>
      <w:r w:rsidR="0020491E" w:rsidRPr="001E7083">
        <w:rPr>
          <w:lang w:val="sr-Cyrl-RS"/>
        </w:rPr>
        <w:t xml:space="preserve"> </w:t>
      </w:r>
      <w:r w:rsidR="00B44B17" w:rsidRPr="001E7083">
        <w:rPr>
          <w:lang w:val="sr-Cyrl-RS"/>
        </w:rPr>
        <w:t>у области</w:t>
      </w:r>
      <w:r w:rsidR="00DC057E" w:rsidRPr="001E7083">
        <w:rPr>
          <w:lang w:val="sr-Cyrl-RS"/>
        </w:rPr>
        <w:t xml:space="preserve"> </w:t>
      </w:r>
      <w:r w:rsidR="00B44B17" w:rsidRPr="001E7083">
        <w:rPr>
          <w:lang w:val="sr-Cyrl-RS"/>
        </w:rPr>
        <w:t>визуелне</w:t>
      </w:r>
      <w:r w:rsidR="00C90139" w:rsidRPr="001E7083">
        <w:rPr>
          <w:lang w:val="sr-Cyrl-RS"/>
        </w:rPr>
        <w:t xml:space="preserve"> уметности</w:t>
      </w:r>
      <w:r w:rsidR="008F5205" w:rsidRPr="001E7083">
        <w:rPr>
          <w:lang w:val="sr-Cyrl-RS"/>
        </w:rPr>
        <w:t>.</w:t>
      </w:r>
    </w:p>
    <w:p w:rsidR="008D1576" w:rsidRDefault="008D1576" w:rsidP="008D1576">
      <w:pPr>
        <w:spacing w:after="0"/>
        <w:rPr>
          <w:lang w:val="sr-Cyrl-RS"/>
        </w:rPr>
      </w:pPr>
    </w:p>
    <w:p w:rsidR="008D1576" w:rsidRPr="008D1576" w:rsidRDefault="008D1576" w:rsidP="008D1576">
      <w:pPr>
        <w:spacing w:after="0"/>
        <w:rPr>
          <w:lang w:val="sr-Cyrl-RS"/>
        </w:rPr>
      </w:pPr>
    </w:p>
    <w:p w:rsidR="00C5099E" w:rsidRPr="001E7083" w:rsidRDefault="009E559F" w:rsidP="008D1576">
      <w:pPr>
        <w:spacing w:after="0"/>
        <w:rPr>
          <w:lang w:val="sr-Cyrl-RS"/>
        </w:rPr>
      </w:pPr>
      <w:r w:rsidRPr="008D1576">
        <w:rPr>
          <w:rFonts w:cs="Calibri"/>
          <w:lang w:val="sr-Cyrl-RS"/>
        </w:rPr>
        <w:t>•</w:t>
      </w:r>
      <w:r w:rsidR="00A96A4E" w:rsidRPr="008D1576">
        <w:rPr>
          <w:lang w:val="sr-Cyrl-RS"/>
        </w:rPr>
        <w:t xml:space="preserve"> Период пријављивања: </w:t>
      </w:r>
      <w:r w:rsidR="00025C6B" w:rsidRPr="001E7083">
        <w:rPr>
          <w:b/>
          <w:lang w:val="sr-Cyrl-RS"/>
        </w:rPr>
        <w:t>1</w:t>
      </w:r>
      <w:r w:rsidR="00B87AFF" w:rsidRPr="001E7083">
        <w:rPr>
          <w:b/>
          <w:lang w:val="sr-Cyrl-RS"/>
        </w:rPr>
        <w:t>8</w:t>
      </w:r>
      <w:r w:rsidR="00BA3A36" w:rsidRPr="001E7083">
        <w:rPr>
          <w:b/>
          <w:lang w:val="sr-Latn-RS"/>
        </w:rPr>
        <w:t xml:space="preserve"> – </w:t>
      </w:r>
      <w:r w:rsidR="00DB23BB">
        <w:rPr>
          <w:b/>
          <w:lang w:val="sr-Latn-RS"/>
        </w:rPr>
        <w:t>31</w:t>
      </w:r>
      <w:r w:rsidR="00735564" w:rsidRPr="001E7083">
        <w:rPr>
          <w:b/>
          <w:lang w:val="sr-Latn-RS"/>
        </w:rPr>
        <w:t>.</w:t>
      </w:r>
      <w:r w:rsidR="00735564" w:rsidRPr="001E7083">
        <w:rPr>
          <w:b/>
          <w:lang w:val="sr-Cyrl-RS"/>
        </w:rPr>
        <w:t xml:space="preserve"> </w:t>
      </w:r>
      <w:r w:rsidR="00DB23BB">
        <w:rPr>
          <w:b/>
          <w:lang w:val="sr-Cyrl-RS"/>
        </w:rPr>
        <w:t>мај</w:t>
      </w:r>
      <w:r w:rsidR="0025247F" w:rsidRPr="001E7083">
        <w:rPr>
          <w:b/>
          <w:lang w:val="sr-Cyrl-RS"/>
        </w:rPr>
        <w:t xml:space="preserve"> 202</w:t>
      </w:r>
      <w:r w:rsidR="00735564" w:rsidRPr="001E7083">
        <w:rPr>
          <w:b/>
          <w:lang w:val="sr-Latn-RS"/>
        </w:rPr>
        <w:t>6</w:t>
      </w:r>
      <w:r w:rsidR="0025247F" w:rsidRPr="001E7083">
        <w:rPr>
          <w:b/>
          <w:lang w:val="sr-Cyrl-RS"/>
        </w:rPr>
        <w:t>.</w:t>
      </w:r>
      <w:r w:rsidR="0025247F" w:rsidRPr="008D1576">
        <w:rPr>
          <w:lang w:val="sr-Cyrl-RS"/>
        </w:rPr>
        <w:br/>
      </w:r>
      <w:r w:rsidRPr="00241C4A">
        <w:rPr>
          <w:rFonts w:cs="Calibri"/>
          <w:lang w:val="sr-Cyrl-RS"/>
        </w:rPr>
        <w:t>•</w:t>
      </w:r>
      <w:r w:rsidR="0025247F" w:rsidRPr="00241C4A">
        <w:rPr>
          <w:lang w:val="sr-Cyrl-RS"/>
        </w:rPr>
        <w:t xml:space="preserve"> </w:t>
      </w:r>
      <w:r w:rsidR="00651FBA">
        <w:rPr>
          <w:lang w:val="sr-Cyrl-RS"/>
        </w:rPr>
        <w:t>Начин пријављивања: електронски,</w:t>
      </w:r>
      <w:r w:rsidR="00786AA1">
        <w:rPr>
          <w:lang w:val="sr-Cyrl-RS"/>
        </w:rPr>
        <w:t xml:space="preserve"> </w:t>
      </w:r>
      <w:r w:rsidR="00786AA1" w:rsidRPr="001E7083">
        <w:rPr>
          <w:lang w:val="sr-Cyrl-RS"/>
        </w:rPr>
        <w:t>попуњавањем</w:t>
      </w:r>
      <w:r w:rsidR="00735564" w:rsidRPr="001E7083">
        <w:rPr>
          <w:lang w:val="sr-Cyrl-RS"/>
        </w:rPr>
        <w:t xml:space="preserve"> </w:t>
      </w:r>
      <w:r w:rsidR="00651FBA" w:rsidRPr="00342F66">
        <w:rPr>
          <w:color w:val="4F81BD" w:themeColor="accent1"/>
          <w:u w:val="single"/>
          <w:lang w:val="sr-Cyrl-RS"/>
        </w:rPr>
        <w:t>формулара</w:t>
      </w:r>
      <w:r w:rsidR="0025247F" w:rsidRPr="00241C4A">
        <w:rPr>
          <w:lang w:val="sr-Cyrl-RS"/>
        </w:rPr>
        <w:br/>
      </w:r>
      <w:r w:rsidRPr="00241C4A">
        <w:rPr>
          <w:rFonts w:cs="Calibri"/>
          <w:lang w:val="sr-Cyrl-RS"/>
        </w:rPr>
        <w:t>•</w:t>
      </w:r>
      <w:r w:rsidR="00BD0917">
        <w:rPr>
          <w:lang w:val="sr-Cyrl-RS"/>
        </w:rPr>
        <w:t xml:space="preserve"> Рок за подношење пријав</w:t>
      </w:r>
      <w:r w:rsidR="00BD0917">
        <w:rPr>
          <w:lang w:val="sr-Latn-RS"/>
        </w:rPr>
        <w:t>a</w:t>
      </w:r>
      <w:r w:rsidR="0025247F" w:rsidRPr="00241C4A">
        <w:rPr>
          <w:lang w:val="sr-Cyrl-RS"/>
        </w:rPr>
        <w:t xml:space="preserve">: </w:t>
      </w:r>
      <w:r w:rsidR="008D1576" w:rsidRPr="001E7083">
        <w:rPr>
          <w:b/>
          <w:lang w:val="sr-Cyrl-RS"/>
        </w:rPr>
        <w:t>недеља</w:t>
      </w:r>
      <w:r w:rsidR="00DB23BB">
        <w:rPr>
          <w:b/>
          <w:lang w:val="sr-Cyrl-RS"/>
        </w:rPr>
        <w:t>, 31</w:t>
      </w:r>
      <w:r w:rsidR="00735564" w:rsidRPr="001E7083">
        <w:rPr>
          <w:b/>
          <w:lang w:val="sr-Cyrl-RS"/>
        </w:rPr>
        <w:t xml:space="preserve">. </w:t>
      </w:r>
      <w:r w:rsidR="00DB23BB">
        <w:rPr>
          <w:b/>
          <w:lang w:val="sr-Cyrl-RS"/>
        </w:rPr>
        <w:t>мај</w:t>
      </w:r>
      <w:r w:rsidR="0025247F" w:rsidRPr="001E7083">
        <w:rPr>
          <w:b/>
          <w:lang w:val="sr-Cyrl-RS"/>
        </w:rPr>
        <w:t xml:space="preserve"> 202</w:t>
      </w:r>
      <w:r w:rsidR="00735564" w:rsidRPr="001E7083">
        <w:rPr>
          <w:b/>
          <w:lang w:val="sr-Latn-RS"/>
        </w:rPr>
        <w:t>6</w:t>
      </w:r>
      <w:r w:rsidR="008D1576" w:rsidRPr="001E7083">
        <w:rPr>
          <w:b/>
          <w:lang w:val="sr-Cyrl-RS"/>
        </w:rPr>
        <w:t>. до 23.59</w:t>
      </w:r>
    </w:p>
    <w:p w:rsidR="008D1576" w:rsidRDefault="008D1576" w:rsidP="008D1576">
      <w:pPr>
        <w:pStyle w:val="Heading1"/>
        <w:spacing w:before="0"/>
        <w:rPr>
          <w:rFonts w:asciiTheme="minorHAnsi" w:hAnsiTheme="minorHAnsi"/>
          <w:lang w:val="sr-Cyrl-RS"/>
        </w:rPr>
      </w:pPr>
    </w:p>
    <w:p w:rsidR="008D1576" w:rsidRPr="008D1576" w:rsidRDefault="008D1576" w:rsidP="008D1576">
      <w:pPr>
        <w:rPr>
          <w:lang w:val="sr-Cyrl-RS"/>
        </w:rPr>
      </w:pPr>
    </w:p>
    <w:p w:rsidR="00C5099E" w:rsidRPr="008F5205" w:rsidRDefault="0025247F" w:rsidP="008D1576">
      <w:pPr>
        <w:pStyle w:val="Heading1"/>
        <w:spacing w:before="0"/>
        <w:rPr>
          <w:rFonts w:asciiTheme="minorHAnsi" w:hAnsiTheme="minorHAnsi"/>
          <w:color w:val="0F243E" w:themeColor="text2" w:themeShade="80"/>
          <w:lang w:val="sr-Cyrl-RS"/>
        </w:rPr>
      </w:pPr>
      <w:r w:rsidRPr="008F5205">
        <w:rPr>
          <w:rFonts w:asciiTheme="minorHAnsi" w:hAnsiTheme="minorHAnsi"/>
          <w:color w:val="0F243E" w:themeColor="text2" w:themeShade="80"/>
          <w:lang w:val="sr-Cyrl-RS"/>
        </w:rPr>
        <w:t>ОПШТИ ПОДАЦИ</w:t>
      </w:r>
    </w:p>
    <w:p w:rsidR="008D1576" w:rsidRPr="008D1576" w:rsidRDefault="008F5205" w:rsidP="008F5205">
      <w:pPr>
        <w:tabs>
          <w:tab w:val="left" w:pos="1305"/>
        </w:tabs>
        <w:spacing w:after="0"/>
        <w:rPr>
          <w:lang w:val="sr-Cyrl-RS"/>
        </w:rPr>
      </w:pPr>
      <w:r>
        <w:rPr>
          <w:lang w:val="sr-Cyrl-RS"/>
        </w:rPr>
        <w:tab/>
      </w:r>
    </w:p>
    <w:p w:rsidR="00C5099E" w:rsidRPr="00697098" w:rsidRDefault="00025762" w:rsidP="008D1576">
      <w:pPr>
        <w:spacing w:after="0"/>
        <w:rPr>
          <w:u w:val="single"/>
          <w:lang w:val="sr-Cyrl-RS"/>
        </w:rPr>
      </w:pPr>
      <w:r>
        <w:rPr>
          <w:lang w:val="sr-Cyrl-RS"/>
        </w:rPr>
        <w:t>Задужбина</w:t>
      </w:r>
      <w:r w:rsidR="0025247F" w:rsidRPr="00241C4A">
        <w:rPr>
          <w:lang w:val="sr-Cyrl-RS"/>
        </w:rPr>
        <w:t xml:space="preserve"> Илије М. Коларца расписује конкурс за </w:t>
      </w:r>
      <w:r w:rsidR="00DC776B" w:rsidRPr="0057522A">
        <w:rPr>
          <w:lang w:val="sr-Cyrl-RS"/>
        </w:rPr>
        <w:t>избор</w:t>
      </w:r>
      <w:r w:rsidR="0025247F" w:rsidRPr="0057522A">
        <w:rPr>
          <w:lang w:val="sr-Cyrl-RS"/>
        </w:rPr>
        <w:t xml:space="preserve"> 10 </w:t>
      </w:r>
      <w:r w:rsidR="00DC776B" w:rsidRPr="0057522A">
        <w:rPr>
          <w:lang w:val="sr-Cyrl-RS"/>
        </w:rPr>
        <w:t>самосталних изложби</w:t>
      </w:r>
      <w:r w:rsidR="0025247F" w:rsidRPr="0057522A">
        <w:rPr>
          <w:lang w:val="sr-Cyrl-RS"/>
        </w:rPr>
        <w:t xml:space="preserve"> </w:t>
      </w:r>
      <w:r w:rsidR="00E60BC9">
        <w:rPr>
          <w:lang w:val="sr-Cyrl-RS"/>
        </w:rPr>
        <w:t>у</w:t>
      </w:r>
      <w:r w:rsidR="00DC776B">
        <w:rPr>
          <w:lang w:val="sr-Cyrl-RS"/>
        </w:rPr>
        <w:t xml:space="preserve"> оквиру годишњег програма Галерије</w:t>
      </w:r>
      <w:r w:rsidR="00BC546C">
        <w:rPr>
          <w:lang w:val="sr-Cyrl-RS"/>
        </w:rPr>
        <w:t xml:space="preserve"> за</w:t>
      </w:r>
      <w:r w:rsidR="00E60BC9">
        <w:rPr>
          <w:lang w:val="sr-Cyrl-RS"/>
        </w:rPr>
        <w:t xml:space="preserve"> </w:t>
      </w:r>
      <w:r w:rsidR="00BC546C">
        <w:rPr>
          <w:lang w:val="sr-Cyrl-RS"/>
        </w:rPr>
        <w:t>202</w:t>
      </w:r>
      <w:r w:rsidR="00CB70D2">
        <w:rPr>
          <w:lang w:val="sr-Cyrl-RS"/>
        </w:rPr>
        <w:t>7</w:t>
      </w:r>
      <w:r w:rsidR="00BC546C">
        <w:rPr>
          <w:lang w:val="sr-Cyrl-RS"/>
        </w:rPr>
        <w:t>. годину</w:t>
      </w:r>
      <w:r w:rsidR="0025247F" w:rsidRPr="00241C4A">
        <w:rPr>
          <w:lang w:val="sr-Cyrl-RS"/>
        </w:rPr>
        <w:t>.</w:t>
      </w:r>
      <w:r w:rsidR="0025247F" w:rsidRPr="00241C4A">
        <w:rPr>
          <w:lang w:val="sr-Cyrl-RS"/>
        </w:rPr>
        <w:br/>
      </w:r>
      <w:r w:rsidR="00241C4A">
        <w:rPr>
          <w:lang w:val="sr-Cyrl-RS"/>
        </w:rPr>
        <w:br/>
        <w:t xml:space="preserve">Конкурс је отворен </w:t>
      </w:r>
      <w:r w:rsidR="00A07DC2" w:rsidRPr="0057522A">
        <w:rPr>
          <w:b/>
          <w:lang w:val="sr-Cyrl-RS"/>
        </w:rPr>
        <w:t>од 1</w:t>
      </w:r>
      <w:r w:rsidR="00B87AFF" w:rsidRPr="0057522A">
        <w:rPr>
          <w:b/>
          <w:lang w:val="sr-Cyrl-RS"/>
        </w:rPr>
        <w:t>8</w:t>
      </w:r>
      <w:r w:rsidR="00241C4A" w:rsidRPr="0057522A">
        <w:rPr>
          <w:b/>
          <w:lang w:val="sr-Cyrl-RS"/>
        </w:rPr>
        <w:t xml:space="preserve">. </w:t>
      </w:r>
      <w:r w:rsidR="008F0F71">
        <w:rPr>
          <w:b/>
          <w:lang w:val="sr-Cyrl-RS"/>
        </w:rPr>
        <w:t>до 31. маја</w:t>
      </w:r>
      <w:r w:rsidR="0025247F" w:rsidRPr="0057522A">
        <w:rPr>
          <w:b/>
          <w:lang w:val="sr-Cyrl-RS"/>
        </w:rPr>
        <w:t xml:space="preserve"> 20</w:t>
      </w:r>
      <w:r w:rsidR="00CB70D2" w:rsidRPr="0057522A">
        <w:rPr>
          <w:b/>
          <w:lang w:val="sr-Cyrl-RS"/>
        </w:rPr>
        <w:t>26</w:t>
      </w:r>
      <w:r w:rsidR="0025247F" w:rsidRPr="0057522A">
        <w:rPr>
          <w:b/>
          <w:lang w:val="sr-Cyrl-RS"/>
        </w:rPr>
        <w:t>. године</w:t>
      </w:r>
      <w:r w:rsidR="0025247F" w:rsidRPr="0057522A">
        <w:rPr>
          <w:lang w:val="sr-Cyrl-RS"/>
        </w:rPr>
        <w:t>.</w:t>
      </w:r>
      <w:r w:rsidR="0025247F" w:rsidRPr="0057522A">
        <w:rPr>
          <w:lang w:val="sr-Cyrl-RS"/>
        </w:rPr>
        <w:br/>
      </w:r>
      <w:r w:rsidR="0025247F" w:rsidRPr="00241C4A">
        <w:rPr>
          <w:lang w:val="sr-Cyrl-RS"/>
        </w:rPr>
        <w:br/>
      </w:r>
      <w:r w:rsidR="008F5205" w:rsidRPr="008F5205">
        <w:rPr>
          <w:u w:val="single"/>
          <w:lang w:val="sr-Cyrl-RS"/>
        </w:rPr>
        <w:t>Молимо кандидате да пажљиво прочитају дета</w:t>
      </w:r>
      <w:r w:rsidR="00176693">
        <w:rPr>
          <w:u w:val="single"/>
          <w:lang w:val="sr-Cyrl-RS"/>
        </w:rPr>
        <w:t>љ</w:t>
      </w:r>
      <w:r w:rsidR="008F5205" w:rsidRPr="008F5205">
        <w:rPr>
          <w:u w:val="single"/>
          <w:lang w:val="sr-Cyrl-RS"/>
        </w:rPr>
        <w:t>е конкурса.</w:t>
      </w:r>
      <w:r w:rsidR="008F5205">
        <w:rPr>
          <w:lang w:val="sr-Cyrl-RS"/>
        </w:rPr>
        <w:t xml:space="preserve"> </w:t>
      </w:r>
      <w:r w:rsidR="00BD6682">
        <w:rPr>
          <w:u w:val="single"/>
          <w:lang w:val="sr-Cyrl-RS"/>
        </w:rPr>
        <w:t>Непотпуне</w:t>
      </w:r>
      <w:r w:rsidR="00197485">
        <w:rPr>
          <w:u w:val="single"/>
          <w:lang w:val="sr-Cyrl-RS"/>
        </w:rPr>
        <w:t xml:space="preserve"> пријаве, као</w:t>
      </w:r>
      <w:r w:rsidR="00BD6682">
        <w:rPr>
          <w:u w:val="single"/>
          <w:lang w:val="sr-Cyrl-RS"/>
        </w:rPr>
        <w:t xml:space="preserve"> </w:t>
      </w:r>
      <w:r w:rsidR="0025247F" w:rsidRPr="00697098">
        <w:rPr>
          <w:u w:val="single"/>
          <w:lang w:val="sr-Cyrl-RS"/>
        </w:rPr>
        <w:t>и пријаве пристигле након наведеног рока неће бити разматране.</w:t>
      </w:r>
    </w:p>
    <w:p w:rsidR="008D1576" w:rsidRDefault="008D1576" w:rsidP="008D1576">
      <w:pPr>
        <w:pStyle w:val="Heading1"/>
        <w:spacing w:before="0"/>
        <w:rPr>
          <w:rFonts w:asciiTheme="minorHAnsi" w:hAnsiTheme="minorHAnsi"/>
          <w:lang w:val="sr-Cyrl-RS"/>
        </w:rPr>
      </w:pPr>
    </w:p>
    <w:p w:rsidR="008D1576" w:rsidRPr="00CB7DDF" w:rsidRDefault="008D1576" w:rsidP="008D1576">
      <w:pPr>
        <w:pStyle w:val="Heading1"/>
        <w:spacing w:before="0"/>
        <w:rPr>
          <w:rFonts w:asciiTheme="minorHAnsi" w:hAnsiTheme="minorHAnsi"/>
          <w:lang w:val="sr-Latn-RS"/>
        </w:rPr>
      </w:pPr>
    </w:p>
    <w:p w:rsidR="00C5099E" w:rsidRPr="00176693" w:rsidRDefault="0025247F" w:rsidP="008D1576">
      <w:pPr>
        <w:pStyle w:val="Heading1"/>
        <w:spacing w:before="0"/>
        <w:rPr>
          <w:rFonts w:asciiTheme="minorHAnsi" w:hAnsiTheme="minorHAnsi"/>
          <w:color w:val="0F243E" w:themeColor="text2" w:themeShade="80"/>
          <w:lang w:val="sr-Cyrl-RS"/>
        </w:rPr>
      </w:pPr>
      <w:r w:rsidRPr="00176693">
        <w:rPr>
          <w:rFonts w:asciiTheme="minorHAnsi" w:hAnsiTheme="minorHAnsi"/>
          <w:color w:val="0F243E" w:themeColor="text2" w:themeShade="80"/>
          <w:lang w:val="sr-Cyrl-RS"/>
        </w:rPr>
        <w:t>УСЛОВИ ЗА КОНКУРИСАЊЕ</w:t>
      </w:r>
    </w:p>
    <w:p w:rsidR="003351FA" w:rsidRDefault="003351FA" w:rsidP="008D1576">
      <w:pPr>
        <w:spacing w:after="0"/>
        <w:rPr>
          <w:lang w:val="sr-Cyrl-RS"/>
        </w:rPr>
      </w:pPr>
    </w:p>
    <w:p w:rsidR="003861EB" w:rsidRPr="0057522A" w:rsidRDefault="0025247F" w:rsidP="003861EB">
      <w:pPr>
        <w:spacing w:after="0"/>
        <w:rPr>
          <w:lang w:val="sr-Cyrl-RS"/>
        </w:rPr>
      </w:pPr>
      <w:r w:rsidRPr="003351FA">
        <w:rPr>
          <w:lang w:val="sr-Cyrl-RS"/>
        </w:rPr>
        <w:t>Право учешћа имају кандидати који испуњавају следеће услове:</w:t>
      </w:r>
      <w:r w:rsidRPr="003351FA">
        <w:rPr>
          <w:lang w:val="sr-Cyrl-RS"/>
        </w:rPr>
        <w:br/>
      </w:r>
      <w:r w:rsidR="00342F66">
        <w:rPr>
          <w:lang w:val="sr-Cyrl-RS"/>
        </w:rPr>
        <w:br/>
      </w:r>
      <w:r w:rsidR="00342F66">
        <w:rPr>
          <w:lang w:val="sr-Latn-RS"/>
        </w:rPr>
        <w:t>–</w:t>
      </w:r>
      <w:r w:rsidRPr="0057522A">
        <w:rPr>
          <w:lang w:val="sr-Cyrl-RS"/>
        </w:rPr>
        <w:t xml:space="preserve"> имају </w:t>
      </w:r>
      <w:r w:rsidR="00F22659" w:rsidRPr="0057522A">
        <w:rPr>
          <w:lang w:val="sr-Cyrl-RS"/>
        </w:rPr>
        <w:t xml:space="preserve">академско образовање у области визуелне уметности, стечено у Републици Србији или иностранству, </w:t>
      </w:r>
      <w:r w:rsidRPr="0057522A">
        <w:rPr>
          <w:lang w:val="sr-Cyrl-RS"/>
        </w:rPr>
        <w:t>или су чланови</w:t>
      </w:r>
      <w:r w:rsidR="007C4535" w:rsidRPr="0057522A">
        <w:rPr>
          <w:lang w:val="sr-Cyrl-RS"/>
        </w:rPr>
        <w:t xml:space="preserve"> релевантних</w:t>
      </w:r>
      <w:r w:rsidRPr="0057522A">
        <w:rPr>
          <w:lang w:val="sr-Cyrl-RS"/>
        </w:rPr>
        <w:t xml:space="preserve"> умет</w:t>
      </w:r>
      <w:r w:rsidR="002423B1" w:rsidRPr="0057522A">
        <w:rPr>
          <w:lang w:val="sr-Cyrl-RS"/>
        </w:rPr>
        <w:t>ничких удружења (УЛУС,</w:t>
      </w:r>
      <w:r w:rsidR="00855B96" w:rsidRPr="0057522A">
        <w:rPr>
          <w:lang w:val="sr-Cyrl-RS"/>
        </w:rPr>
        <w:t xml:space="preserve"> </w:t>
      </w:r>
      <w:r w:rsidR="003351FA" w:rsidRPr="0057522A">
        <w:rPr>
          <w:lang w:val="sr-Cyrl-RS"/>
        </w:rPr>
        <w:t>УЛУПУДС);</w:t>
      </w:r>
      <w:r w:rsidR="00342F66">
        <w:rPr>
          <w:lang w:val="sr-Cyrl-RS"/>
        </w:rPr>
        <w:br/>
      </w:r>
      <w:r w:rsidR="00342F66">
        <w:rPr>
          <w:lang w:val="sr-Latn-RS"/>
        </w:rPr>
        <w:t>–</w:t>
      </w:r>
      <w:r w:rsidR="00B23ADC" w:rsidRPr="0057522A">
        <w:rPr>
          <w:lang w:val="sr-Cyrl-RS"/>
        </w:rPr>
        <w:t xml:space="preserve"> </w:t>
      </w:r>
      <w:r w:rsidR="00ED4CC8" w:rsidRPr="0057522A">
        <w:rPr>
          <w:lang w:val="sr-Cyrl-RS"/>
        </w:rPr>
        <w:t xml:space="preserve">у </w:t>
      </w:r>
      <w:r w:rsidR="0039224F" w:rsidRPr="0057522A">
        <w:rPr>
          <w:lang w:val="sr-Cyrl-RS"/>
        </w:rPr>
        <w:t>периоду од јануара 202</w:t>
      </w:r>
      <w:r w:rsidR="00CB70D2" w:rsidRPr="0057522A">
        <w:rPr>
          <w:lang w:val="sr-Cyrl-RS"/>
        </w:rPr>
        <w:t>2. до децембра 2026</w:t>
      </w:r>
      <w:r w:rsidR="0039224F" w:rsidRPr="0057522A">
        <w:rPr>
          <w:lang w:val="sr-Cyrl-RS"/>
        </w:rPr>
        <w:t xml:space="preserve">. године </w:t>
      </w:r>
      <w:r w:rsidR="003861EB" w:rsidRPr="0057522A">
        <w:rPr>
          <w:lang w:val="sr-Cyrl-RS"/>
        </w:rPr>
        <w:t>на основу јавног конкурса</w:t>
      </w:r>
    </w:p>
    <w:p w:rsidR="00CF6CA7" w:rsidRPr="0057522A" w:rsidRDefault="00697098" w:rsidP="00CF6CA7">
      <w:pPr>
        <w:spacing w:after="0"/>
        <w:rPr>
          <w:lang w:val="sr-Cyrl-RS"/>
        </w:rPr>
      </w:pPr>
      <w:r w:rsidRPr="0057522A">
        <w:rPr>
          <w:lang w:val="sr-Cyrl-RS"/>
        </w:rPr>
        <w:t xml:space="preserve">нису </w:t>
      </w:r>
      <w:r w:rsidR="006C48F1" w:rsidRPr="0057522A">
        <w:rPr>
          <w:lang w:val="sr-Cyrl-RS"/>
        </w:rPr>
        <w:t>изабрани да излажу</w:t>
      </w:r>
      <w:r w:rsidRPr="0057522A">
        <w:rPr>
          <w:lang w:val="sr-Cyrl-RS"/>
        </w:rPr>
        <w:t xml:space="preserve"> у </w:t>
      </w:r>
      <w:r w:rsidR="0057522A" w:rsidRPr="0057522A">
        <w:rPr>
          <w:lang w:val="sr-Cyrl-RS"/>
        </w:rPr>
        <w:t>Галерији Коларчеве задужбине</w:t>
      </w:r>
      <w:r w:rsidR="00ED4CC8" w:rsidRPr="0057522A">
        <w:rPr>
          <w:lang w:val="sr-Cyrl-RS"/>
        </w:rPr>
        <w:t xml:space="preserve"> </w:t>
      </w:r>
      <w:r w:rsidR="009F7493" w:rsidRPr="0057522A">
        <w:rPr>
          <w:lang w:val="sr-Cyrl-RS"/>
        </w:rPr>
        <w:t>(не односи се на из</w:t>
      </w:r>
      <w:r w:rsidR="00BA3A36" w:rsidRPr="0057522A">
        <w:rPr>
          <w:lang w:val="sr-Cyrl-RS"/>
        </w:rPr>
        <w:t>ложбе по позиву Савета Галерије</w:t>
      </w:r>
      <w:r w:rsidR="009F7493" w:rsidRPr="0057522A">
        <w:rPr>
          <w:lang w:val="sr-Cyrl-RS"/>
        </w:rPr>
        <w:t>)</w:t>
      </w:r>
    </w:p>
    <w:p w:rsidR="003351FA" w:rsidRPr="0057522A" w:rsidRDefault="003351FA" w:rsidP="008D1576">
      <w:pPr>
        <w:spacing w:after="0"/>
        <w:rPr>
          <w:lang w:val="sr-Cyrl-RS"/>
        </w:rPr>
      </w:pPr>
    </w:p>
    <w:p w:rsidR="003351FA" w:rsidRPr="0057522A" w:rsidRDefault="009101FE" w:rsidP="008D1576">
      <w:pPr>
        <w:spacing w:after="0"/>
        <w:rPr>
          <w:lang w:val="sr-Cyrl-RS"/>
        </w:rPr>
      </w:pPr>
      <w:r w:rsidRPr="0057522A">
        <w:rPr>
          <w:b/>
          <w:lang w:val="sr-Cyrl-RS"/>
        </w:rPr>
        <w:t>Напомена:</w:t>
      </w:r>
      <w:r w:rsidRPr="0057522A">
        <w:rPr>
          <w:lang w:val="sr-Cyrl-RS"/>
        </w:rPr>
        <w:t xml:space="preserve"> Кандидат може доставити највише </w:t>
      </w:r>
      <w:r w:rsidRPr="00342F66">
        <w:rPr>
          <w:lang w:val="sr-Cyrl-RS"/>
        </w:rPr>
        <w:t>једну конкурсну пријаву</w:t>
      </w:r>
      <w:r w:rsidRPr="0057522A">
        <w:rPr>
          <w:lang w:val="sr-Cyrl-RS"/>
        </w:rPr>
        <w:t>.</w:t>
      </w:r>
    </w:p>
    <w:p w:rsidR="00B44B17" w:rsidRDefault="00B44B17" w:rsidP="008D1576">
      <w:pPr>
        <w:spacing w:after="0"/>
        <w:rPr>
          <w:lang w:val="sr-Cyrl-RS"/>
        </w:rPr>
      </w:pPr>
    </w:p>
    <w:p w:rsidR="00C5099E" w:rsidRPr="00965D9E" w:rsidRDefault="0025247F" w:rsidP="008D1576">
      <w:pPr>
        <w:pStyle w:val="Heading1"/>
        <w:spacing w:before="0"/>
        <w:rPr>
          <w:rFonts w:asciiTheme="minorHAnsi" w:hAnsiTheme="minorHAnsi"/>
          <w:color w:val="0F243E" w:themeColor="text2" w:themeShade="80"/>
          <w:lang w:val="sr-Cyrl-RS"/>
        </w:rPr>
      </w:pPr>
      <w:r w:rsidRPr="00965D9E">
        <w:rPr>
          <w:rFonts w:asciiTheme="minorHAnsi" w:hAnsiTheme="minorHAnsi"/>
          <w:color w:val="0F243E" w:themeColor="text2" w:themeShade="80"/>
          <w:lang w:val="sr-Cyrl-RS"/>
        </w:rPr>
        <w:lastRenderedPageBreak/>
        <w:t>НАЧИН ПОДНОШЕЊА ПРИЈАВЕ</w:t>
      </w:r>
    </w:p>
    <w:p w:rsidR="00D23F66" w:rsidRDefault="00D23F66" w:rsidP="008D1576">
      <w:pPr>
        <w:spacing w:after="0"/>
        <w:rPr>
          <w:lang w:val="sr-Cyrl-RS"/>
        </w:rPr>
      </w:pPr>
    </w:p>
    <w:p w:rsidR="00D23F66" w:rsidRPr="00002321" w:rsidRDefault="00D23F66" w:rsidP="008D1576">
      <w:pPr>
        <w:spacing w:after="0"/>
        <w:rPr>
          <w:lang w:val="sr-Cyrl-RS"/>
        </w:rPr>
      </w:pPr>
      <w:r w:rsidRPr="00002321">
        <w:rPr>
          <w:lang w:val="sr-Cyrl-RS"/>
        </w:rPr>
        <w:t xml:space="preserve">Пријава се подноси искључиво </w:t>
      </w:r>
      <w:r w:rsidR="00CB70D2" w:rsidRPr="00002321">
        <w:rPr>
          <w:lang w:val="sr-Cyrl-RS"/>
        </w:rPr>
        <w:t xml:space="preserve">елекронским </w:t>
      </w:r>
      <w:r w:rsidRPr="00002321">
        <w:rPr>
          <w:lang w:val="sr-Cyrl-RS"/>
        </w:rPr>
        <w:t>путем</w:t>
      </w:r>
      <w:r w:rsidR="00786AA1" w:rsidRPr="00002321">
        <w:rPr>
          <w:lang w:val="sr-Cyrl-RS"/>
        </w:rPr>
        <w:t xml:space="preserve">, </w:t>
      </w:r>
      <w:r w:rsidR="00786AA1" w:rsidRPr="00342F66">
        <w:rPr>
          <w:lang w:val="sr-Cyrl-RS"/>
        </w:rPr>
        <w:t>попуњавањем</w:t>
      </w:r>
      <w:r w:rsidR="00786AA1" w:rsidRPr="00002321">
        <w:rPr>
          <w:b/>
          <w:lang w:val="sr-Cyrl-RS"/>
        </w:rPr>
        <w:t xml:space="preserve"> </w:t>
      </w:r>
      <w:r w:rsidR="00651FBA" w:rsidRPr="00342F66">
        <w:rPr>
          <w:b/>
          <w:color w:val="4F81BD" w:themeColor="accent1"/>
          <w:lang w:val="sr-Cyrl-RS"/>
        </w:rPr>
        <w:t>формулара</w:t>
      </w:r>
      <w:r w:rsidR="00BA3A36" w:rsidRPr="00002321">
        <w:rPr>
          <w:lang w:val="sr-Cyrl-RS"/>
        </w:rPr>
        <w:t>.</w:t>
      </w:r>
      <w:r w:rsidRPr="00002321">
        <w:rPr>
          <w:lang w:val="sr-Cyrl-RS"/>
        </w:rPr>
        <w:t xml:space="preserve"> </w:t>
      </w:r>
    </w:p>
    <w:p w:rsidR="00D23F66" w:rsidRPr="00342F66" w:rsidRDefault="00D23F66" w:rsidP="008D1576">
      <w:pPr>
        <w:pStyle w:val="Heading1"/>
        <w:spacing w:before="0"/>
        <w:rPr>
          <w:rFonts w:asciiTheme="minorHAnsi" w:hAnsiTheme="minorHAnsi"/>
          <w:lang w:val="sr-Latn-RS"/>
        </w:rPr>
      </w:pPr>
    </w:p>
    <w:p w:rsidR="00A10168" w:rsidRPr="00002321" w:rsidRDefault="00342F66" w:rsidP="00A10168">
      <w:pPr>
        <w:spacing w:after="0"/>
        <w:rPr>
          <w:lang w:val="sr-Cyrl-RS"/>
        </w:rPr>
      </w:pPr>
      <w:r>
        <w:rPr>
          <w:lang w:val="sr-Cyrl-RS"/>
        </w:rPr>
        <w:t xml:space="preserve">Кандидати ће приликом подношења </w:t>
      </w:r>
      <w:r w:rsidR="00A10168" w:rsidRPr="00002321">
        <w:rPr>
          <w:lang w:val="sr-Cyrl-RS"/>
        </w:rPr>
        <w:t>при</w:t>
      </w:r>
      <w:r>
        <w:rPr>
          <w:lang w:val="sr-Cyrl-RS"/>
        </w:rPr>
        <w:t>јаве добити обавештење о пријему</w:t>
      </w:r>
      <w:r w:rsidR="00A10168" w:rsidRPr="00002321">
        <w:rPr>
          <w:lang w:val="sr-Cyrl-RS"/>
        </w:rPr>
        <w:t>.</w:t>
      </w:r>
    </w:p>
    <w:p w:rsidR="00A10168" w:rsidRPr="00A10168" w:rsidRDefault="00A10168" w:rsidP="00A10168">
      <w:pPr>
        <w:rPr>
          <w:lang w:val="sr-Cyrl-RS"/>
        </w:rPr>
      </w:pPr>
    </w:p>
    <w:p w:rsidR="00D23F66" w:rsidRDefault="00D23F66" w:rsidP="008D1576">
      <w:pPr>
        <w:pStyle w:val="Heading1"/>
        <w:spacing w:before="0"/>
        <w:rPr>
          <w:rFonts w:asciiTheme="minorHAnsi" w:hAnsiTheme="minorHAnsi"/>
          <w:lang w:val="sr-Cyrl-RS"/>
        </w:rPr>
      </w:pPr>
    </w:p>
    <w:p w:rsidR="00C5099E" w:rsidRPr="00965D9E" w:rsidRDefault="00DC6300" w:rsidP="008D1576">
      <w:pPr>
        <w:pStyle w:val="Heading1"/>
        <w:spacing w:before="0"/>
        <w:rPr>
          <w:rFonts w:asciiTheme="minorHAnsi" w:hAnsiTheme="minorHAnsi"/>
          <w:color w:val="0F243E" w:themeColor="text2" w:themeShade="80"/>
          <w:lang w:val="sr-Cyrl-RS"/>
        </w:rPr>
      </w:pPr>
      <w:r w:rsidRPr="00965D9E">
        <w:rPr>
          <w:rFonts w:asciiTheme="minorHAnsi" w:hAnsiTheme="minorHAnsi"/>
          <w:color w:val="0F243E" w:themeColor="text2" w:themeShade="80"/>
          <w:lang w:val="sr-Cyrl-RS"/>
        </w:rPr>
        <w:t>ПОТРЕБНА ДОКУМЕНТАЦИЈА</w:t>
      </w:r>
    </w:p>
    <w:p w:rsidR="00D23F66" w:rsidRDefault="00D23F66" w:rsidP="00D23F66">
      <w:pPr>
        <w:rPr>
          <w:lang w:val="sr-Cyrl-RS"/>
        </w:rPr>
      </w:pPr>
    </w:p>
    <w:p w:rsidR="00A10168" w:rsidRDefault="00DB1A4B" w:rsidP="00D23F66">
      <w:pPr>
        <w:rPr>
          <w:lang w:val="sr-Cyrl-RS"/>
        </w:rPr>
      </w:pPr>
      <w:r>
        <w:rPr>
          <w:lang w:val="sr-Cyrl-RS"/>
        </w:rPr>
        <w:t xml:space="preserve">Приликом </w:t>
      </w:r>
      <w:r w:rsidR="009D7C90">
        <w:rPr>
          <w:lang w:val="sr-Cyrl-RS"/>
        </w:rPr>
        <w:t>подношења</w:t>
      </w:r>
      <w:r w:rsidR="00BF2A1D">
        <w:rPr>
          <w:lang w:val="sr-Cyrl-RS"/>
        </w:rPr>
        <w:t xml:space="preserve"> </w:t>
      </w:r>
      <w:r>
        <w:rPr>
          <w:lang w:val="sr-Cyrl-RS"/>
        </w:rPr>
        <w:t>пријаве потребн</w:t>
      </w:r>
      <w:r w:rsidR="00BF2A1D">
        <w:rPr>
          <w:lang w:val="sr-Cyrl-RS"/>
        </w:rPr>
        <w:t xml:space="preserve">о је </w:t>
      </w:r>
      <w:r w:rsidR="00CB70D2">
        <w:rPr>
          <w:lang w:val="sr-Cyrl-RS"/>
        </w:rPr>
        <w:t>приложити</w:t>
      </w:r>
      <w:r w:rsidR="009D7C90">
        <w:rPr>
          <w:lang w:val="sr-Cyrl-RS"/>
        </w:rPr>
        <w:t xml:space="preserve"> конкурсну</w:t>
      </w:r>
      <w:r w:rsidR="00CB70D2">
        <w:rPr>
          <w:lang w:val="sr-Cyrl-RS"/>
        </w:rPr>
        <w:t xml:space="preserve"> документацију</w:t>
      </w:r>
      <w:r w:rsidR="009D7C90">
        <w:rPr>
          <w:lang w:val="sr-Cyrl-RS"/>
        </w:rPr>
        <w:t xml:space="preserve"> која треба да садржи</w:t>
      </w:r>
      <w:r w:rsidR="00DC6300">
        <w:rPr>
          <w:lang w:val="sr-Cyrl-RS"/>
        </w:rPr>
        <w:t>:</w:t>
      </w:r>
    </w:p>
    <w:p w:rsidR="009D7C90" w:rsidRDefault="009D7C90" w:rsidP="00D23F66">
      <w:pPr>
        <w:rPr>
          <w:lang w:val="sr-Cyrl-RS"/>
        </w:rPr>
      </w:pPr>
    </w:p>
    <w:p w:rsidR="005968B7" w:rsidRDefault="00342F66" w:rsidP="00A520BB">
      <w:pPr>
        <w:spacing w:after="0"/>
        <w:rPr>
          <w:lang w:val="sr-Cyrl-RS"/>
        </w:rPr>
      </w:pPr>
      <w:r>
        <w:rPr>
          <w:lang w:val="sr-Cyrl-RS"/>
        </w:rPr>
        <w:t>–</w:t>
      </w:r>
      <w:r w:rsidR="00DF3337">
        <w:rPr>
          <w:lang w:val="sr-Cyrl-RS"/>
        </w:rPr>
        <w:t xml:space="preserve"> </w:t>
      </w:r>
      <w:r w:rsidR="00D13682">
        <w:rPr>
          <w:lang w:val="sr-Cyrl-RS"/>
        </w:rPr>
        <w:t xml:space="preserve">Сажет </w:t>
      </w:r>
      <w:r w:rsidR="00E60583">
        <w:rPr>
          <w:lang w:val="sr-Cyrl-RS"/>
        </w:rPr>
        <w:t>концепт</w:t>
      </w:r>
      <w:r w:rsidR="00A520BB" w:rsidRPr="00A520BB">
        <w:rPr>
          <w:lang w:val="sr-Cyrl-RS"/>
        </w:rPr>
        <w:t xml:space="preserve"> изложбе</w:t>
      </w:r>
      <w:r w:rsidR="005968B7">
        <w:rPr>
          <w:lang w:val="sr-Cyrl-RS"/>
        </w:rPr>
        <w:t xml:space="preserve"> са техничком спецификацијом (</w:t>
      </w:r>
      <w:r w:rsidR="00D2064A" w:rsidRPr="00B700E4">
        <w:rPr>
          <w:lang w:val="sr-Cyrl-RS"/>
        </w:rPr>
        <w:t>до 25</w:t>
      </w:r>
      <w:r w:rsidR="00DF3337" w:rsidRPr="00B700E4">
        <w:rPr>
          <w:lang w:val="sr-Cyrl-RS"/>
        </w:rPr>
        <w:t>00 карактера са размацима</w:t>
      </w:r>
      <w:r w:rsidR="00A520BB" w:rsidRPr="00B700E4">
        <w:rPr>
          <w:lang w:val="sr-Cyrl-RS"/>
        </w:rPr>
        <w:t>)</w:t>
      </w:r>
    </w:p>
    <w:p w:rsidR="00A520BB" w:rsidRPr="002C261A" w:rsidRDefault="00342F66" w:rsidP="00A520BB">
      <w:pPr>
        <w:spacing w:after="0"/>
        <w:rPr>
          <w:lang w:val="sr-Cyrl-RS"/>
        </w:rPr>
      </w:pPr>
      <w:r>
        <w:rPr>
          <w:lang w:val="sr-Cyrl-RS"/>
        </w:rPr>
        <w:br/>
        <w:t xml:space="preserve">– </w:t>
      </w:r>
      <w:r w:rsidR="00A520BB" w:rsidRPr="00A520BB">
        <w:rPr>
          <w:lang w:val="sr-Cyrl-RS"/>
        </w:rPr>
        <w:t>Кратку би</w:t>
      </w:r>
      <w:r w:rsidR="002C261A">
        <w:rPr>
          <w:lang w:val="sr-Cyrl-RS"/>
        </w:rPr>
        <w:t>ографију са контакт подацима</w:t>
      </w:r>
      <w:r w:rsidR="00F13B2A">
        <w:rPr>
          <w:lang w:val="sr-Cyrl-RS"/>
        </w:rPr>
        <w:t xml:space="preserve"> (мејл адреса, број телефона)</w:t>
      </w:r>
    </w:p>
    <w:p w:rsidR="005968B7" w:rsidRPr="00D23F66" w:rsidRDefault="005968B7" w:rsidP="00A520BB">
      <w:pPr>
        <w:spacing w:after="0"/>
        <w:rPr>
          <w:lang w:val="sr-Cyrl-RS"/>
        </w:rPr>
      </w:pPr>
    </w:p>
    <w:p w:rsidR="00205A17" w:rsidRDefault="00342F66" w:rsidP="008D1576">
      <w:pPr>
        <w:spacing w:after="0"/>
        <w:rPr>
          <w:lang w:val="sr-Cyrl-RS"/>
        </w:rPr>
      </w:pPr>
      <w:r>
        <w:rPr>
          <w:lang w:val="sr-Cyrl-RS"/>
        </w:rPr>
        <w:t xml:space="preserve">– </w:t>
      </w:r>
      <w:r w:rsidR="00064837">
        <w:rPr>
          <w:lang w:val="sr-Cyrl-RS"/>
        </w:rPr>
        <w:t>Визуелну документацију</w:t>
      </w:r>
      <w:r w:rsidR="009964A9">
        <w:rPr>
          <w:lang w:val="sr-Cyrl-RS"/>
        </w:rPr>
        <w:t xml:space="preserve"> (</w:t>
      </w:r>
      <w:r w:rsidR="00D90A84" w:rsidRPr="007D1D33">
        <w:rPr>
          <w:lang w:val="sr-Cyrl-RS"/>
        </w:rPr>
        <w:t>5</w:t>
      </w:r>
      <w:r w:rsidR="00373A27">
        <w:rPr>
          <w:lang w:val="sr-Cyrl-RS"/>
        </w:rPr>
        <w:t xml:space="preserve">–10 </w:t>
      </w:r>
      <w:r w:rsidR="00573D62">
        <w:rPr>
          <w:lang w:val="sr-Cyrl-RS"/>
        </w:rPr>
        <w:t xml:space="preserve"> </w:t>
      </w:r>
      <w:r w:rsidR="00373A27">
        <w:rPr>
          <w:lang w:val="sr-Cyrl-RS"/>
        </w:rPr>
        <w:t>илустрација</w:t>
      </w:r>
      <w:r w:rsidR="003624EC">
        <w:rPr>
          <w:lang w:val="sr-Cyrl-RS"/>
        </w:rPr>
        <w:t xml:space="preserve"> у дигиталном формату, </w:t>
      </w:r>
      <w:r w:rsidR="0025247F" w:rsidRPr="00A520BB">
        <w:rPr>
          <w:lang w:val="sr-Cyrl-RS"/>
        </w:rPr>
        <w:t xml:space="preserve">линк ка </w:t>
      </w:r>
      <w:r w:rsidR="003624EC">
        <w:rPr>
          <w:lang w:val="sr-Cyrl-RS"/>
        </w:rPr>
        <w:t>аудио и</w:t>
      </w:r>
      <w:r w:rsidR="00CB70D2">
        <w:rPr>
          <w:lang w:val="sr-Cyrl-RS"/>
        </w:rPr>
        <w:t>/или</w:t>
      </w:r>
      <w:r w:rsidR="003624EC">
        <w:rPr>
          <w:lang w:val="sr-Cyrl-RS"/>
        </w:rPr>
        <w:t xml:space="preserve"> видео </w:t>
      </w:r>
      <w:r w:rsidR="0025247F" w:rsidRPr="00A520BB">
        <w:rPr>
          <w:lang w:val="sr-Cyrl-RS"/>
        </w:rPr>
        <w:t>садржају)</w:t>
      </w:r>
    </w:p>
    <w:p w:rsidR="00FA3D47" w:rsidRDefault="00342F66" w:rsidP="008D1576">
      <w:pPr>
        <w:spacing w:after="0"/>
        <w:rPr>
          <w:lang w:val="sr-Cyrl-RS"/>
        </w:rPr>
      </w:pPr>
      <w:r>
        <w:rPr>
          <w:lang w:val="sr-Cyrl-RS"/>
        </w:rPr>
        <w:br/>
      </w:r>
      <w:r w:rsidRPr="00342F66">
        <w:rPr>
          <w:b/>
          <w:lang w:val="sr-Cyrl-RS"/>
        </w:rPr>
        <w:t>Напомена:</w:t>
      </w:r>
      <w:r>
        <w:rPr>
          <w:lang w:val="sr-Cyrl-RS"/>
        </w:rPr>
        <w:t xml:space="preserve"> </w:t>
      </w:r>
      <w:r w:rsidR="00056292" w:rsidRPr="00342F66">
        <w:rPr>
          <w:lang w:val="sr-Cyrl-RS"/>
        </w:rPr>
        <w:t xml:space="preserve">Уз </w:t>
      </w:r>
      <w:r w:rsidR="00056292" w:rsidRPr="00342F66">
        <w:rPr>
          <w:rFonts w:ascii="Cambria" w:hAnsi="Cambria" w:cs="Cambria"/>
          <w:lang w:val="sr-Cyrl-RS"/>
        </w:rPr>
        <w:t>и</w:t>
      </w:r>
      <w:r w:rsidR="009964A9" w:rsidRPr="00342F66">
        <w:rPr>
          <w:rFonts w:ascii="Cambria" w:hAnsi="Cambria" w:cs="Cambria"/>
          <w:lang w:val="sr-Cyrl-RS"/>
        </w:rPr>
        <w:t>лустрације</w:t>
      </w:r>
      <w:r w:rsidR="0025247F" w:rsidRPr="00342F66">
        <w:rPr>
          <w:lang w:val="sr-Cyrl-RS"/>
        </w:rPr>
        <w:t xml:space="preserve"> </w:t>
      </w:r>
      <w:r w:rsidR="00056292" w:rsidRPr="00342F66">
        <w:rPr>
          <w:rFonts w:ascii="Cambria" w:hAnsi="Cambria" w:cs="Cambria"/>
          <w:lang w:val="sr-Cyrl-RS"/>
        </w:rPr>
        <w:t xml:space="preserve">обавезно навести </w:t>
      </w:r>
      <w:r w:rsidR="009964A9" w:rsidRPr="00342F66">
        <w:rPr>
          <w:rFonts w:ascii="Cambria" w:hAnsi="Cambria" w:cs="Cambria"/>
          <w:lang w:val="sr-Cyrl-RS"/>
        </w:rPr>
        <w:t>одговарајућ</w:t>
      </w:r>
      <w:r w:rsidR="00056292" w:rsidRPr="00342F66">
        <w:rPr>
          <w:rFonts w:ascii="Cambria" w:hAnsi="Cambria" w:cs="Cambria"/>
          <w:lang w:val="sr-Cyrl-RS"/>
        </w:rPr>
        <w:t>и</w:t>
      </w:r>
      <w:r w:rsidR="009964A9" w:rsidRPr="00342F66">
        <w:rPr>
          <w:rFonts w:ascii="Cambria" w:hAnsi="Cambria" w:cs="Cambria"/>
          <w:lang w:val="sr-Cyrl-RS"/>
        </w:rPr>
        <w:t xml:space="preserve"> </w:t>
      </w:r>
      <w:r w:rsidR="00056292" w:rsidRPr="00342F66">
        <w:rPr>
          <w:rFonts w:ascii="Cambria" w:hAnsi="Cambria" w:cs="Cambria"/>
          <w:lang w:val="sr-Cyrl-RS"/>
        </w:rPr>
        <w:t>технички опис</w:t>
      </w:r>
      <w:r w:rsidR="00056292" w:rsidRPr="00342F66">
        <w:rPr>
          <w:lang w:val="sr-Cyrl-RS"/>
        </w:rPr>
        <w:t xml:space="preserve"> (</w:t>
      </w:r>
      <w:r w:rsidR="00DC057E" w:rsidRPr="00342F66">
        <w:rPr>
          <w:lang w:val="sr-Cyrl-RS"/>
        </w:rPr>
        <w:t>назив рада, годин</w:t>
      </w:r>
      <w:r w:rsidR="00056292" w:rsidRPr="00342F66">
        <w:rPr>
          <w:lang w:val="sr-Cyrl-RS"/>
        </w:rPr>
        <w:t>а</w:t>
      </w:r>
      <w:r w:rsidR="00D13682" w:rsidRPr="00342F66">
        <w:rPr>
          <w:lang w:val="sr-Cyrl-RS"/>
        </w:rPr>
        <w:t xml:space="preserve"> настанка</w:t>
      </w:r>
      <w:r w:rsidR="00E80C8E" w:rsidRPr="00342F66">
        <w:rPr>
          <w:lang w:val="sr-Cyrl-RS"/>
        </w:rPr>
        <w:t xml:space="preserve">, </w:t>
      </w:r>
      <w:r w:rsidR="00DC057E" w:rsidRPr="00342F66">
        <w:rPr>
          <w:lang w:val="sr-Cyrl-RS"/>
        </w:rPr>
        <w:t>техник</w:t>
      </w:r>
      <w:r w:rsidR="00056292" w:rsidRPr="00342F66">
        <w:rPr>
          <w:lang w:val="sr-Cyrl-RS"/>
        </w:rPr>
        <w:t>а</w:t>
      </w:r>
      <w:r w:rsidR="0025247F" w:rsidRPr="00342F66">
        <w:rPr>
          <w:lang w:val="sr-Cyrl-RS"/>
        </w:rPr>
        <w:t>/</w:t>
      </w:r>
      <w:r w:rsidR="00056292" w:rsidRPr="00342F66">
        <w:rPr>
          <w:lang w:val="sr-Cyrl-RS"/>
        </w:rPr>
        <w:t>материјал/</w:t>
      </w:r>
      <w:r w:rsidR="0025247F" w:rsidRPr="00342F66">
        <w:rPr>
          <w:lang w:val="sr-Cyrl-RS"/>
        </w:rPr>
        <w:t>медиј</w:t>
      </w:r>
      <w:r w:rsidR="005968B7" w:rsidRPr="00342F66">
        <w:rPr>
          <w:lang w:val="sr-Cyrl-RS"/>
        </w:rPr>
        <w:t>ум</w:t>
      </w:r>
      <w:r w:rsidR="0025247F" w:rsidRPr="00342F66">
        <w:rPr>
          <w:lang w:val="sr-Cyrl-RS"/>
        </w:rPr>
        <w:t>, димензије</w:t>
      </w:r>
      <w:r w:rsidR="00DC057E" w:rsidRPr="00342F66">
        <w:rPr>
          <w:lang w:val="sr-Cyrl-RS"/>
        </w:rPr>
        <w:t xml:space="preserve"> и</w:t>
      </w:r>
      <w:r w:rsidR="00056292" w:rsidRPr="00342F66">
        <w:rPr>
          <w:lang w:val="sr-Cyrl-RS"/>
        </w:rPr>
        <w:t>/и</w:t>
      </w:r>
      <w:r w:rsidR="00DC057E" w:rsidRPr="00342F66">
        <w:rPr>
          <w:lang w:val="sr-Cyrl-RS"/>
        </w:rPr>
        <w:t>ли друг</w:t>
      </w:r>
      <w:r w:rsidR="00056292" w:rsidRPr="00342F66">
        <w:rPr>
          <w:lang w:val="sr-Cyrl-RS"/>
        </w:rPr>
        <w:t>и</w:t>
      </w:r>
      <w:r w:rsidR="00DC057E" w:rsidRPr="00342F66">
        <w:rPr>
          <w:lang w:val="sr-Cyrl-RS"/>
        </w:rPr>
        <w:t xml:space="preserve"> релевантн</w:t>
      </w:r>
      <w:r w:rsidR="00056292" w:rsidRPr="00342F66">
        <w:rPr>
          <w:lang w:val="sr-Cyrl-RS"/>
        </w:rPr>
        <w:t>и подаци)</w:t>
      </w:r>
      <w:r w:rsidR="00312682" w:rsidRPr="00342F66">
        <w:rPr>
          <w:lang w:val="sr-Cyrl-RS"/>
        </w:rPr>
        <w:t>.</w:t>
      </w:r>
      <w:r w:rsidR="0025247F" w:rsidRPr="00342F66">
        <w:rPr>
          <w:lang w:val="sr-Cyrl-RS"/>
        </w:rPr>
        <w:br/>
      </w:r>
    </w:p>
    <w:p w:rsidR="00CB70D2" w:rsidRDefault="00CB70D2" w:rsidP="008D1576">
      <w:pPr>
        <w:spacing w:after="0"/>
        <w:rPr>
          <w:lang w:val="sr-Cyrl-RS"/>
        </w:rPr>
      </w:pPr>
    </w:p>
    <w:p w:rsidR="00C2560E" w:rsidRDefault="00CB70D2" w:rsidP="008D1576">
      <w:pPr>
        <w:spacing w:after="0"/>
        <w:rPr>
          <w:b/>
          <w:lang w:val="sr-Cyrl-RS"/>
        </w:rPr>
      </w:pPr>
      <w:r>
        <w:rPr>
          <w:b/>
          <w:lang w:val="sr-Cyrl-RS"/>
        </w:rPr>
        <w:t>Документацију</w:t>
      </w:r>
      <w:r w:rsidR="00965D9E" w:rsidRPr="009964A9">
        <w:rPr>
          <w:b/>
          <w:lang w:val="sr-Cyrl-RS"/>
        </w:rPr>
        <w:t xml:space="preserve"> </w:t>
      </w:r>
      <w:r w:rsidR="009964A9" w:rsidRPr="009964A9">
        <w:rPr>
          <w:b/>
          <w:lang w:val="sr-Cyrl-RS"/>
        </w:rPr>
        <w:t>обавезно</w:t>
      </w:r>
      <w:r w:rsidR="00C2560E" w:rsidRPr="009964A9">
        <w:rPr>
          <w:b/>
          <w:lang w:val="sr-Cyrl-RS"/>
        </w:rPr>
        <w:t xml:space="preserve"> </w:t>
      </w:r>
      <w:r>
        <w:rPr>
          <w:b/>
          <w:lang w:val="sr-Cyrl-RS"/>
        </w:rPr>
        <w:t>приложити</w:t>
      </w:r>
      <w:r w:rsidR="00C2560E" w:rsidRPr="009964A9">
        <w:rPr>
          <w:b/>
          <w:lang w:val="sr-Cyrl-RS"/>
        </w:rPr>
        <w:t xml:space="preserve"> као један </w:t>
      </w:r>
      <w:r w:rsidR="00C2560E" w:rsidRPr="009964A9">
        <w:rPr>
          <w:b/>
          <w:lang w:val="sr-Latn-RS"/>
        </w:rPr>
        <w:t>PDF</w:t>
      </w:r>
      <w:r w:rsidR="009964A9" w:rsidRPr="009964A9">
        <w:rPr>
          <w:b/>
          <w:lang w:val="sr-Cyrl-RS"/>
        </w:rPr>
        <w:t xml:space="preserve"> фајл</w:t>
      </w:r>
      <w:r w:rsidR="0065741D">
        <w:rPr>
          <w:b/>
          <w:lang w:val="sr-Latn-RS"/>
        </w:rPr>
        <w:t xml:space="preserve"> (</w:t>
      </w:r>
      <w:r w:rsidR="0065741D">
        <w:rPr>
          <w:b/>
          <w:lang w:val="sr-Cyrl-RS"/>
        </w:rPr>
        <w:t xml:space="preserve">до 10 </w:t>
      </w:r>
      <w:r w:rsidR="0065741D">
        <w:rPr>
          <w:b/>
          <w:lang w:val="sr-Latn-RS"/>
        </w:rPr>
        <w:t>MB)</w:t>
      </w:r>
      <w:r w:rsidR="009964A9" w:rsidRPr="009964A9">
        <w:rPr>
          <w:b/>
          <w:lang w:val="sr-Cyrl-RS"/>
        </w:rPr>
        <w:t>.</w:t>
      </w:r>
    </w:p>
    <w:p w:rsidR="00002321" w:rsidRDefault="00002321" w:rsidP="008D1576">
      <w:pPr>
        <w:spacing w:after="0"/>
        <w:rPr>
          <w:b/>
          <w:lang w:val="sr-Cyrl-RS"/>
        </w:rPr>
      </w:pPr>
    </w:p>
    <w:p w:rsidR="00B822ED" w:rsidRPr="00AA7E6D" w:rsidRDefault="00B822ED" w:rsidP="008D1576">
      <w:pPr>
        <w:spacing w:after="0"/>
        <w:rPr>
          <w:b/>
          <w:color w:val="FF0000"/>
          <w:lang w:val="sr-Latn-RS"/>
        </w:rPr>
      </w:pPr>
      <w:r w:rsidRPr="00002321">
        <w:rPr>
          <w:lang w:val="sr-Cyrl-RS"/>
        </w:rPr>
        <w:t xml:space="preserve">У називу фајла навести: </w:t>
      </w:r>
      <w:r w:rsidRPr="00342F66">
        <w:rPr>
          <w:u w:val="single"/>
          <w:lang w:val="sr-Cyrl-RS"/>
        </w:rPr>
        <w:t xml:space="preserve">Име и презиме, </w:t>
      </w:r>
      <w:r w:rsidR="00BA3A36" w:rsidRPr="00342F66">
        <w:rPr>
          <w:u w:val="single"/>
          <w:lang w:val="sr-Cyrl-RS"/>
        </w:rPr>
        <w:t>За конкурс</w:t>
      </w:r>
      <w:r w:rsidRPr="00342F66">
        <w:rPr>
          <w:u w:val="single"/>
          <w:lang w:val="sr-Cyrl-RS"/>
        </w:rPr>
        <w:t xml:space="preserve"> 2027.</w:t>
      </w:r>
    </w:p>
    <w:p w:rsidR="00C2560E" w:rsidRDefault="00C2560E" w:rsidP="008D1576">
      <w:pPr>
        <w:spacing w:after="0"/>
        <w:rPr>
          <w:lang w:val="sr-Cyrl-RS"/>
        </w:rPr>
      </w:pPr>
    </w:p>
    <w:p w:rsidR="00002321" w:rsidRDefault="00002321" w:rsidP="008D1576">
      <w:pPr>
        <w:spacing w:after="0"/>
        <w:rPr>
          <w:lang w:val="sr-Cyrl-RS"/>
        </w:rPr>
      </w:pPr>
    </w:p>
    <w:p w:rsidR="00661534" w:rsidRDefault="00661534" w:rsidP="00661534">
      <w:pPr>
        <w:spacing w:after="0"/>
        <w:rPr>
          <w:lang w:val="sr-Cyrl-RS"/>
        </w:rPr>
      </w:pPr>
      <w:r w:rsidRPr="00002321">
        <w:rPr>
          <w:lang w:val="sr-Cyrl-RS"/>
        </w:rPr>
        <w:t>Кандидат може приложити</w:t>
      </w:r>
      <w:r w:rsidR="00367F52" w:rsidRPr="00002321">
        <w:rPr>
          <w:lang w:val="sr-Cyrl-RS"/>
        </w:rPr>
        <w:t xml:space="preserve"> </w:t>
      </w:r>
      <w:r w:rsidR="00BA3A36" w:rsidRPr="00002321">
        <w:rPr>
          <w:lang w:val="sr-Cyrl-RS"/>
        </w:rPr>
        <w:t xml:space="preserve">и </w:t>
      </w:r>
      <w:r w:rsidR="00367F52" w:rsidRPr="00002321">
        <w:rPr>
          <w:lang w:val="sr-Cyrl-RS"/>
        </w:rPr>
        <w:t>портфолио</w:t>
      </w:r>
      <w:r w:rsidR="00E17F97" w:rsidRPr="00002321">
        <w:rPr>
          <w:lang w:val="sr-Cyrl-RS"/>
        </w:rPr>
        <w:t xml:space="preserve"> са избором радова из раније продукције</w:t>
      </w:r>
      <w:r w:rsidR="007474F9" w:rsidRPr="00002321">
        <w:rPr>
          <w:lang w:val="sr-Cyrl-RS"/>
        </w:rPr>
        <w:t xml:space="preserve">, као засебан </w:t>
      </w:r>
      <w:r w:rsidR="007474F9" w:rsidRPr="00002321">
        <w:rPr>
          <w:lang w:val="sr-Latn-RS"/>
        </w:rPr>
        <w:t>PDF</w:t>
      </w:r>
      <w:r w:rsidR="007474F9" w:rsidRPr="00002321">
        <w:rPr>
          <w:lang w:val="sr-Cyrl-RS"/>
        </w:rPr>
        <w:t xml:space="preserve"> фајл</w:t>
      </w:r>
      <w:r w:rsidR="007474F9" w:rsidRPr="00002321">
        <w:rPr>
          <w:lang w:val="sr-Latn-RS"/>
        </w:rPr>
        <w:t xml:space="preserve"> (</w:t>
      </w:r>
      <w:r w:rsidR="007474F9" w:rsidRPr="00002321">
        <w:rPr>
          <w:lang w:val="sr-Cyrl-RS"/>
        </w:rPr>
        <w:t xml:space="preserve">до 10 </w:t>
      </w:r>
      <w:r w:rsidR="007474F9" w:rsidRPr="00002321">
        <w:rPr>
          <w:lang w:val="sr-Latn-RS"/>
        </w:rPr>
        <w:t>MB)</w:t>
      </w:r>
      <w:r w:rsidR="00367F52" w:rsidRPr="00002321">
        <w:rPr>
          <w:lang w:val="sr-Cyrl-RS"/>
        </w:rPr>
        <w:t>.</w:t>
      </w:r>
    </w:p>
    <w:p w:rsidR="00002321" w:rsidRPr="00002321" w:rsidRDefault="00002321" w:rsidP="00661534">
      <w:pPr>
        <w:spacing w:after="0"/>
        <w:rPr>
          <w:lang w:val="sr-Cyrl-RS"/>
        </w:rPr>
      </w:pPr>
    </w:p>
    <w:p w:rsidR="00235879" w:rsidRPr="00661534" w:rsidRDefault="00342F66" w:rsidP="00661534">
      <w:pPr>
        <w:spacing w:after="0"/>
        <w:rPr>
          <w:lang w:val="sr-Cyrl-RS"/>
        </w:rPr>
      </w:pPr>
      <w:r>
        <w:rPr>
          <w:lang w:val="sr-Cyrl-RS"/>
        </w:rPr>
        <w:t xml:space="preserve"> </w:t>
      </w:r>
      <w:r w:rsidR="00235879" w:rsidRPr="00235879">
        <w:rPr>
          <w:rFonts w:ascii="Cambria" w:hAnsi="Cambria" w:cs="Cambria"/>
          <w:lang w:val="sr-Cyrl-RS"/>
        </w:rPr>
        <w:t>У</w:t>
      </w:r>
      <w:r w:rsidR="00235879" w:rsidRPr="00235879">
        <w:rPr>
          <w:lang w:val="sr-Cyrl-RS"/>
        </w:rPr>
        <w:t xml:space="preserve"> </w:t>
      </w:r>
      <w:r w:rsidR="00235879" w:rsidRPr="00235879">
        <w:rPr>
          <w:rFonts w:ascii="Cambria" w:hAnsi="Cambria" w:cs="Cambria"/>
          <w:lang w:val="sr-Cyrl-RS"/>
        </w:rPr>
        <w:t>називу</w:t>
      </w:r>
      <w:r w:rsidR="00235879" w:rsidRPr="00235879">
        <w:rPr>
          <w:lang w:val="sr-Cyrl-RS"/>
        </w:rPr>
        <w:t xml:space="preserve"> </w:t>
      </w:r>
      <w:r w:rsidR="00235879" w:rsidRPr="00235879">
        <w:rPr>
          <w:rFonts w:ascii="Cambria" w:hAnsi="Cambria" w:cs="Cambria"/>
          <w:lang w:val="sr-Cyrl-RS"/>
        </w:rPr>
        <w:t>фајла</w:t>
      </w:r>
      <w:r w:rsidR="00235879" w:rsidRPr="00235879">
        <w:rPr>
          <w:lang w:val="sr-Cyrl-RS"/>
        </w:rPr>
        <w:t xml:space="preserve"> </w:t>
      </w:r>
      <w:r w:rsidR="00235879" w:rsidRPr="00235879">
        <w:rPr>
          <w:rFonts w:ascii="Cambria" w:hAnsi="Cambria" w:cs="Cambria"/>
          <w:lang w:val="sr-Cyrl-RS"/>
        </w:rPr>
        <w:t>навести</w:t>
      </w:r>
      <w:r w:rsidR="00235879" w:rsidRPr="00235879">
        <w:rPr>
          <w:lang w:val="sr-Cyrl-RS"/>
        </w:rPr>
        <w:t xml:space="preserve">: </w:t>
      </w:r>
      <w:r w:rsidR="00235879" w:rsidRPr="00235879">
        <w:rPr>
          <w:rFonts w:ascii="Cambria" w:hAnsi="Cambria" w:cs="Cambria"/>
          <w:lang w:val="sr-Cyrl-RS"/>
        </w:rPr>
        <w:t>Име</w:t>
      </w:r>
      <w:r w:rsidR="00235879" w:rsidRPr="00235879">
        <w:rPr>
          <w:lang w:val="sr-Cyrl-RS"/>
        </w:rPr>
        <w:t xml:space="preserve"> </w:t>
      </w:r>
      <w:r w:rsidR="00235879" w:rsidRPr="00235879">
        <w:rPr>
          <w:rFonts w:ascii="Cambria" w:hAnsi="Cambria" w:cs="Cambria"/>
          <w:lang w:val="sr-Cyrl-RS"/>
        </w:rPr>
        <w:t>и</w:t>
      </w:r>
      <w:r w:rsidR="00235879" w:rsidRPr="00235879">
        <w:rPr>
          <w:lang w:val="sr-Cyrl-RS"/>
        </w:rPr>
        <w:t xml:space="preserve"> </w:t>
      </w:r>
      <w:r w:rsidR="00235879" w:rsidRPr="00235879">
        <w:rPr>
          <w:rFonts w:ascii="Cambria" w:hAnsi="Cambria" w:cs="Cambria"/>
          <w:lang w:val="sr-Cyrl-RS"/>
        </w:rPr>
        <w:t>презиме</w:t>
      </w:r>
      <w:r w:rsidR="00235879" w:rsidRPr="00235879">
        <w:rPr>
          <w:lang w:val="sr-Cyrl-RS"/>
        </w:rPr>
        <w:t xml:space="preserve">, </w:t>
      </w:r>
      <w:r w:rsidR="00235879">
        <w:rPr>
          <w:rFonts w:ascii="Cambria" w:hAnsi="Cambria" w:cs="Cambria"/>
          <w:lang w:val="sr-Cyrl-RS"/>
        </w:rPr>
        <w:t>Портфолио</w:t>
      </w:r>
      <w:r w:rsidR="00235879" w:rsidRPr="00235879">
        <w:rPr>
          <w:lang w:val="sr-Cyrl-RS"/>
        </w:rPr>
        <w:t>.</w:t>
      </w:r>
    </w:p>
    <w:p w:rsidR="00731D8C" w:rsidRDefault="0025247F" w:rsidP="00BE3C04">
      <w:pPr>
        <w:spacing w:after="0"/>
        <w:rPr>
          <w:lang w:val="sr-Cyrl-RS"/>
        </w:rPr>
      </w:pPr>
      <w:r w:rsidRPr="00A520BB">
        <w:rPr>
          <w:lang w:val="sr-Cyrl-RS"/>
        </w:rPr>
        <w:br/>
      </w:r>
    </w:p>
    <w:p w:rsidR="00BA3A36" w:rsidRDefault="00BA3A36" w:rsidP="00BE3C04">
      <w:pPr>
        <w:spacing w:after="0"/>
        <w:rPr>
          <w:lang w:val="sr-Cyrl-RS"/>
        </w:rPr>
      </w:pPr>
    </w:p>
    <w:p w:rsidR="0032406C" w:rsidRPr="00A520BB" w:rsidRDefault="0032406C" w:rsidP="008D1576">
      <w:pPr>
        <w:spacing w:after="0"/>
        <w:rPr>
          <w:lang w:val="sr-Cyrl-RS"/>
        </w:rPr>
      </w:pPr>
    </w:p>
    <w:p w:rsidR="00C5099E" w:rsidRPr="003A56DA" w:rsidRDefault="00363481" w:rsidP="008D1576">
      <w:pPr>
        <w:pStyle w:val="Heading1"/>
        <w:spacing w:before="0"/>
        <w:rPr>
          <w:rFonts w:asciiTheme="minorHAnsi" w:hAnsiTheme="minorHAnsi"/>
          <w:color w:val="0F243E" w:themeColor="text2" w:themeShade="80"/>
          <w:lang w:val="sr-Cyrl-RS"/>
        </w:rPr>
      </w:pPr>
      <w:r w:rsidRPr="00965D9E">
        <w:rPr>
          <w:rFonts w:asciiTheme="minorHAnsi" w:hAnsiTheme="minorHAnsi"/>
          <w:color w:val="0F243E" w:themeColor="text2" w:themeShade="80"/>
          <w:lang w:val="sr-Cyrl-RS"/>
        </w:rPr>
        <w:t xml:space="preserve">ПРОЦЕС СЕЛЕКЦИЈЕ И </w:t>
      </w:r>
      <w:r w:rsidR="0025247F" w:rsidRPr="00965D9E">
        <w:rPr>
          <w:rFonts w:asciiTheme="minorHAnsi" w:hAnsiTheme="minorHAnsi"/>
          <w:color w:val="0F243E" w:themeColor="text2" w:themeShade="80"/>
          <w:lang w:val="sr-Cyrl-RS"/>
        </w:rPr>
        <w:t xml:space="preserve">ОДЛУКА О ИЗБОРУ </w:t>
      </w:r>
      <w:r w:rsidR="00BA3A36">
        <w:rPr>
          <w:rFonts w:asciiTheme="minorHAnsi" w:hAnsiTheme="minorHAnsi"/>
          <w:color w:val="0F243E" w:themeColor="text2" w:themeShade="80"/>
          <w:lang w:val="sr-Cyrl-RS"/>
        </w:rPr>
        <w:t>ИЗЛОЖБИ</w:t>
      </w:r>
    </w:p>
    <w:p w:rsidR="00D55324" w:rsidRPr="00D55324" w:rsidRDefault="00D55324" w:rsidP="00D55324">
      <w:pPr>
        <w:rPr>
          <w:lang w:val="sr-Cyrl-RS"/>
        </w:rPr>
      </w:pPr>
    </w:p>
    <w:p w:rsidR="006B1DC0" w:rsidRPr="004164FA" w:rsidRDefault="00B702BB" w:rsidP="008D1576">
      <w:pPr>
        <w:spacing w:after="0"/>
        <w:rPr>
          <w:lang w:val="sr-Cyrl-RS"/>
        </w:rPr>
      </w:pPr>
      <w:r>
        <w:rPr>
          <w:lang w:val="sr-Cyrl-RS"/>
        </w:rPr>
        <w:t>О</w:t>
      </w:r>
      <w:r w:rsidRPr="00B702BB">
        <w:rPr>
          <w:lang w:val="sr-Cyrl-RS"/>
        </w:rPr>
        <w:t xml:space="preserve"> избору </w:t>
      </w:r>
      <w:r w:rsidR="009D7309">
        <w:rPr>
          <w:lang w:val="sr-Cyrl-RS"/>
        </w:rPr>
        <w:t>изложби</w:t>
      </w:r>
      <w:r>
        <w:rPr>
          <w:lang w:val="sr-Cyrl-RS"/>
        </w:rPr>
        <w:t xml:space="preserve"> одлучује Савет Галерије.</w:t>
      </w:r>
    </w:p>
    <w:p w:rsidR="00FB28D1" w:rsidRPr="009E1D30" w:rsidRDefault="00FB28D1" w:rsidP="008D1576">
      <w:pPr>
        <w:spacing w:after="0"/>
        <w:rPr>
          <w:lang w:val="sr-Cyrl-RS"/>
        </w:rPr>
      </w:pPr>
    </w:p>
    <w:p w:rsidR="00524ECD" w:rsidRPr="009E1D30" w:rsidRDefault="00FB28D1" w:rsidP="008D1576">
      <w:pPr>
        <w:spacing w:after="0"/>
        <w:rPr>
          <w:lang w:val="sr-Cyrl-RS"/>
        </w:rPr>
      </w:pPr>
      <w:r w:rsidRPr="009E1D30">
        <w:rPr>
          <w:lang w:val="sr-Cyrl-RS"/>
        </w:rPr>
        <w:t xml:space="preserve">Савет Галерије </w:t>
      </w:r>
      <w:r w:rsidR="00B83D97" w:rsidRPr="009E1D30">
        <w:rPr>
          <w:lang w:val="sr-Cyrl-RS"/>
        </w:rPr>
        <w:t>бира 10 самосталних изложби</w:t>
      </w:r>
      <w:r w:rsidR="00220385" w:rsidRPr="009E1D30">
        <w:rPr>
          <w:lang w:val="sr-Cyrl-RS"/>
        </w:rPr>
        <w:t xml:space="preserve"> и </w:t>
      </w:r>
      <w:r w:rsidR="00B90817" w:rsidRPr="009E1D30">
        <w:rPr>
          <w:lang w:val="sr-Cyrl-RS"/>
        </w:rPr>
        <w:t>2 изложбе у резерви</w:t>
      </w:r>
      <w:r w:rsidR="0033483F" w:rsidRPr="009E1D30">
        <w:rPr>
          <w:lang w:val="sr-Cyrl-RS"/>
        </w:rPr>
        <w:t xml:space="preserve"> </w:t>
      </w:r>
      <w:r w:rsidR="00B90817" w:rsidRPr="009E1D30">
        <w:rPr>
          <w:lang w:val="sr-Cyrl-RS"/>
        </w:rPr>
        <w:t>које стичу услов за реализацију</w:t>
      </w:r>
      <w:r w:rsidR="0033483F" w:rsidRPr="009E1D30">
        <w:rPr>
          <w:lang w:val="sr-Cyrl-RS"/>
        </w:rPr>
        <w:t xml:space="preserve"> </w:t>
      </w:r>
      <w:r w:rsidR="008A3AD4" w:rsidRPr="009E1D30">
        <w:rPr>
          <w:lang w:val="sr-Cyrl-RS"/>
        </w:rPr>
        <w:t xml:space="preserve">у случају </w:t>
      </w:r>
      <w:r w:rsidR="00B9300B" w:rsidRPr="009E1D30">
        <w:rPr>
          <w:lang w:val="sr-Cyrl-RS"/>
        </w:rPr>
        <w:t>отказивања</w:t>
      </w:r>
      <w:r w:rsidR="001B45AD" w:rsidRPr="009E1D30">
        <w:rPr>
          <w:lang w:val="sr-Cyrl-RS"/>
        </w:rPr>
        <w:t xml:space="preserve"> неке од</w:t>
      </w:r>
      <w:r w:rsidR="008A3AD4" w:rsidRPr="009E1D30">
        <w:rPr>
          <w:lang w:val="sr-Cyrl-RS"/>
        </w:rPr>
        <w:t xml:space="preserve"> 10 </w:t>
      </w:r>
      <w:r w:rsidR="001B45AD" w:rsidRPr="009E1D30">
        <w:rPr>
          <w:lang w:val="sr-Cyrl-RS"/>
        </w:rPr>
        <w:t>првобитно одабраних</w:t>
      </w:r>
      <w:r w:rsidR="0033483F" w:rsidRPr="009E1D30">
        <w:rPr>
          <w:lang w:val="sr-Cyrl-RS"/>
        </w:rPr>
        <w:t xml:space="preserve"> </w:t>
      </w:r>
      <w:r w:rsidR="001B45AD" w:rsidRPr="009E1D30">
        <w:rPr>
          <w:lang w:val="sr-Cyrl-RS"/>
        </w:rPr>
        <w:t>изложби</w:t>
      </w:r>
      <w:r w:rsidR="0033483F" w:rsidRPr="009E1D30">
        <w:rPr>
          <w:lang w:val="sr-Cyrl-RS"/>
        </w:rPr>
        <w:t>.</w:t>
      </w:r>
    </w:p>
    <w:p w:rsidR="000E7B96" w:rsidRDefault="000E7B96" w:rsidP="008D1576">
      <w:pPr>
        <w:spacing w:after="0"/>
        <w:rPr>
          <w:lang w:val="sr-Cyrl-RS"/>
        </w:rPr>
      </w:pPr>
    </w:p>
    <w:p w:rsidR="00524ECD" w:rsidRPr="009C1BD1" w:rsidRDefault="00E31C0B" w:rsidP="008D1576">
      <w:pPr>
        <w:spacing w:after="0"/>
        <w:rPr>
          <w:lang w:val="sr-Cyrl-RS"/>
        </w:rPr>
      </w:pPr>
      <w:r w:rsidRPr="009C1BD1">
        <w:rPr>
          <w:lang w:val="sr-Cyrl-RS"/>
        </w:rPr>
        <w:t>Поред тога, Савет Галери</w:t>
      </w:r>
      <w:r w:rsidR="00220385">
        <w:rPr>
          <w:lang w:val="sr-Cyrl-RS"/>
        </w:rPr>
        <w:t>је задржава право да</w:t>
      </w:r>
      <w:r w:rsidRPr="009C1BD1">
        <w:rPr>
          <w:lang w:val="sr-Cyrl-RS"/>
        </w:rPr>
        <w:t xml:space="preserve"> </w:t>
      </w:r>
      <w:r w:rsidR="00B90817">
        <w:rPr>
          <w:lang w:val="sr-Cyrl-RS"/>
        </w:rPr>
        <w:t>одабере</w:t>
      </w:r>
      <w:r w:rsidRPr="009C1BD1">
        <w:rPr>
          <w:lang w:val="sr-Cyrl-RS"/>
        </w:rPr>
        <w:t xml:space="preserve"> </w:t>
      </w:r>
      <w:r w:rsidR="008A3AD4">
        <w:rPr>
          <w:lang w:val="sr-Cyrl-RS"/>
        </w:rPr>
        <w:t>2</w:t>
      </w:r>
      <w:r w:rsidRPr="009C1BD1">
        <w:rPr>
          <w:lang w:val="sr-Cyrl-RS"/>
        </w:rPr>
        <w:t xml:space="preserve"> </w:t>
      </w:r>
      <w:r w:rsidR="00220385">
        <w:rPr>
          <w:lang w:val="sr-Cyrl-RS"/>
        </w:rPr>
        <w:t>изложбе по позиву.</w:t>
      </w:r>
    </w:p>
    <w:p w:rsidR="00650BEF" w:rsidRDefault="00650BEF" w:rsidP="008D1576">
      <w:pPr>
        <w:spacing w:after="0"/>
        <w:rPr>
          <w:lang w:val="sr-Cyrl-RS"/>
        </w:rPr>
      </w:pPr>
    </w:p>
    <w:p w:rsidR="000E7B96" w:rsidRPr="009E1D30" w:rsidRDefault="000E7B96" w:rsidP="008D1576">
      <w:pPr>
        <w:spacing w:after="0"/>
        <w:rPr>
          <w:lang w:val="sr-Cyrl-RS"/>
        </w:rPr>
      </w:pPr>
    </w:p>
    <w:p w:rsidR="00C5099E" w:rsidRPr="008D1576" w:rsidRDefault="009A09C7" w:rsidP="008D1576">
      <w:pPr>
        <w:spacing w:after="0"/>
        <w:rPr>
          <w:lang w:val="sr-Cyrl-RS"/>
        </w:rPr>
      </w:pPr>
      <w:r w:rsidRPr="009E1D30">
        <w:rPr>
          <w:lang w:val="sr-Cyrl-RS"/>
        </w:rPr>
        <w:t>Савет Галер</w:t>
      </w:r>
      <w:r w:rsidR="001E3431" w:rsidRPr="009E1D30">
        <w:rPr>
          <w:lang w:val="sr-Cyrl-RS"/>
        </w:rPr>
        <w:t xml:space="preserve">ије ће </w:t>
      </w:r>
      <w:r w:rsidR="0033483F" w:rsidRPr="009E1D30">
        <w:rPr>
          <w:lang w:val="sr-Cyrl-RS"/>
        </w:rPr>
        <w:t xml:space="preserve">о избору </w:t>
      </w:r>
      <w:r w:rsidR="00B90817" w:rsidRPr="009E1D30">
        <w:rPr>
          <w:lang w:val="sr-Cyrl-RS"/>
        </w:rPr>
        <w:t>изложби</w:t>
      </w:r>
      <w:r w:rsidR="00C36656" w:rsidRPr="009E1D30">
        <w:rPr>
          <w:lang w:val="sr-Cyrl-RS"/>
        </w:rPr>
        <w:t xml:space="preserve"> </w:t>
      </w:r>
      <w:r w:rsidR="0033483F" w:rsidRPr="009E1D30">
        <w:rPr>
          <w:lang w:val="sr-Cyrl-RS"/>
        </w:rPr>
        <w:t xml:space="preserve">одлучивати </w:t>
      </w:r>
      <w:r w:rsidR="00B87AFF" w:rsidRPr="009E1D30">
        <w:rPr>
          <w:lang w:val="sr-Cyrl-RS"/>
        </w:rPr>
        <w:t xml:space="preserve">до </w:t>
      </w:r>
      <w:r w:rsidR="00635960">
        <w:rPr>
          <w:lang w:val="sr-Cyrl-RS"/>
        </w:rPr>
        <w:t>15</w:t>
      </w:r>
      <w:r w:rsidR="001E3431" w:rsidRPr="009E1D30">
        <w:rPr>
          <w:lang w:val="sr-Cyrl-RS"/>
        </w:rPr>
        <w:t>. јуна</w:t>
      </w:r>
      <w:r w:rsidRPr="009E1D30">
        <w:rPr>
          <w:lang w:val="sr-Cyrl-RS"/>
        </w:rPr>
        <w:t xml:space="preserve"> 202</w:t>
      </w:r>
      <w:r w:rsidR="00B1153C" w:rsidRPr="009E1D30">
        <w:rPr>
          <w:lang w:val="sr-Cyrl-RS"/>
        </w:rPr>
        <w:t>6</w:t>
      </w:r>
      <w:r w:rsidRPr="009E1D30">
        <w:rPr>
          <w:lang w:val="sr-Cyrl-RS"/>
        </w:rPr>
        <w:t>.</w:t>
      </w:r>
      <w:r w:rsidR="0025247F" w:rsidRPr="009E1D30">
        <w:rPr>
          <w:lang w:val="sr-Cyrl-RS"/>
        </w:rPr>
        <w:br/>
      </w:r>
      <w:r w:rsidR="0025247F" w:rsidRPr="008D1576">
        <w:rPr>
          <w:lang w:val="sr-Cyrl-RS"/>
        </w:rPr>
        <w:br/>
        <w:t xml:space="preserve">Резултати </w:t>
      </w:r>
      <w:r w:rsidR="0032406C">
        <w:rPr>
          <w:lang w:val="sr-Cyrl-RS"/>
        </w:rPr>
        <w:t>конкурса биће</w:t>
      </w:r>
      <w:r w:rsidR="0025247F" w:rsidRPr="008D1576">
        <w:rPr>
          <w:lang w:val="sr-Cyrl-RS"/>
        </w:rPr>
        <w:t xml:space="preserve"> објављени на сајту </w:t>
      </w:r>
      <w:r w:rsidR="001F65A6">
        <w:rPr>
          <w:lang w:val="sr-Cyrl-RS"/>
        </w:rPr>
        <w:t>Задужбине</w:t>
      </w:r>
      <w:r w:rsidR="00997A28">
        <w:rPr>
          <w:lang w:val="sr-Cyrl-RS"/>
        </w:rPr>
        <w:t>.</w:t>
      </w:r>
    </w:p>
    <w:p w:rsidR="00E80C8E" w:rsidRDefault="00E80C8E" w:rsidP="008D1576">
      <w:pPr>
        <w:pStyle w:val="Heading1"/>
        <w:spacing w:before="0"/>
        <w:rPr>
          <w:rFonts w:asciiTheme="minorHAnsi" w:hAnsiTheme="minorHAnsi"/>
          <w:lang w:val="sr-Cyrl-RS"/>
        </w:rPr>
      </w:pPr>
    </w:p>
    <w:p w:rsidR="00A92A6B" w:rsidRDefault="00B93991" w:rsidP="00B93991">
      <w:pPr>
        <w:rPr>
          <w:lang w:val="sr-Latn-RS"/>
        </w:rPr>
      </w:pPr>
      <w:r>
        <w:rPr>
          <w:lang w:val="sr-Cyrl-RS"/>
        </w:rPr>
        <w:t xml:space="preserve">Термини </w:t>
      </w:r>
      <w:r w:rsidR="00177C5C">
        <w:rPr>
          <w:lang w:val="sr-Cyrl-RS"/>
        </w:rPr>
        <w:t>изложби</w:t>
      </w:r>
      <w:r w:rsidR="00997A28">
        <w:rPr>
          <w:lang w:val="sr-Cyrl-RS"/>
        </w:rPr>
        <w:t xml:space="preserve"> биће накнадно утврђени.</w:t>
      </w:r>
    </w:p>
    <w:p w:rsidR="00E0249B" w:rsidRPr="00E0249B" w:rsidRDefault="00E0249B" w:rsidP="001455C4">
      <w:pPr>
        <w:spacing w:after="0"/>
        <w:rPr>
          <w:lang w:val="sr-Latn-RS"/>
        </w:rPr>
      </w:pPr>
    </w:p>
    <w:p w:rsidR="00B93991" w:rsidRPr="00AD6DEC" w:rsidRDefault="00BA3A36" w:rsidP="00B93991">
      <w:pPr>
        <w:rPr>
          <w:b/>
          <w:lang w:val="sr-Cyrl-RS"/>
        </w:rPr>
      </w:pPr>
      <w:r>
        <w:rPr>
          <w:b/>
          <w:lang w:val="sr-Cyrl-RS"/>
        </w:rPr>
        <w:t>Одабране изложбе морају да буду спремне</w:t>
      </w:r>
      <w:r w:rsidR="00142B9A" w:rsidRPr="00AD6DEC">
        <w:rPr>
          <w:b/>
          <w:lang w:val="sr-Cyrl-RS"/>
        </w:rPr>
        <w:t xml:space="preserve"> за </w:t>
      </w:r>
      <w:r w:rsidR="00142B9A" w:rsidRPr="009E1D30">
        <w:rPr>
          <w:b/>
          <w:lang w:val="sr-Cyrl-RS"/>
        </w:rPr>
        <w:t>реализацију од 1</w:t>
      </w:r>
      <w:r w:rsidRPr="009E1D30">
        <w:rPr>
          <w:b/>
          <w:lang w:val="sr-Cyrl-RS"/>
        </w:rPr>
        <w:t>2</w:t>
      </w:r>
      <w:r w:rsidR="00A45B74" w:rsidRPr="009E1D30">
        <w:rPr>
          <w:b/>
          <w:lang w:val="sr-Cyrl-RS"/>
        </w:rPr>
        <w:t>. јануара 2027</w:t>
      </w:r>
      <w:r w:rsidR="00142B9A" w:rsidRPr="009E1D30">
        <w:rPr>
          <w:b/>
          <w:lang w:val="sr-Cyrl-RS"/>
        </w:rPr>
        <w:t>.</w:t>
      </w:r>
    </w:p>
    <w:p w:rsidR="009E5510" w:rsidRPr="009E5510" w:rsidRDefault="009E5510" w:rsidP="00B93991">
      <w:pPr>
        <w:rPr>
          <w:lang w:val="sr-Cyrl-RS"/>
        </w:rPr>
      </w:pPr>
    </w:p>
    <w:p w:rsidR="00C5099E" w:rsidRPr="000E7B96" w:rsidRDefault="000443CB" w:rsidP="008D1576">
      <w:pPr>
        <w:pStyle w:val="Heading1"/>
        <w:spacing w:before="0"/>
        <w:rPr>
          <w:rFonts w:asciiTheme="minorHAnsi" w:hAnsiTheme="minorHAnsi"/>
          <w:color w:val="0F243E" w:themeColor="text2" w:themeShade="80"/>
          <w:lang w:val="sr-Cyrl-RS"/>
        </w:rPr>
      </w:pPr>
      <w:r>
        <w:rPr>
          <w:rFonts w:asciiTheme="minorHAnsi" w:hAnsiTheme="minorHAnsi"/>
          <w:color w:val="0F243E" w:themeColor="text2" w:themeShade="80"/>
          <w:lang w:val="sr-Cyrl-RS"/>
        </w:rPr>
        <w:t xml:space="preserve">ОБАВЕЗЕ </w:t>
      </w:r>
      <w:r w:rsidR="00AD6DEC">
        <w:rPr>
          <w:rFonts w:asciiTheme="minorHAnsi" w:hAnsiTheme="minorHAnsi"/>
          <w:color w:val="0F243E" w:themeColor="text2" w:themeShade="80"/>
          <w:lang w:val="sr-Cyrl-RS"/>
        </w:rPr>
        <w:t>ЗАДУЖБИНЕ</w:t>
      </w:r>
    </w:p>
    <w:p w:rsidR="00911807" w:rsidRDefault="00911807" w:rsidP="00911807">
      <w:pPr>
        <w:rPr>
          <w:lang w:val="sr-Cyrl-RS"/>
        </w:rPr>
      </w:pPr>
    </w:p>
    <w:p w:rsidR="000443CB" w:rsidRPr="005A317E" w:rsidRDefault="00AD6DEC" w:rsidP="00911807">
      <w:pPr>
        <w:rPr>
          <w:lang w:val="sr-Cyrl-RS"/>
        </w:rPr>
      </w:pPr>
      <w:r w:rsidRPr="005A317E">
        <w:rPr>
          <w:lang w:val="sr-Cyrl-RS"/>
        </w:rPr>
        <w:t>Задужбина</w:t>
      </w:r>
      <w:r w:rsidR="000443CB" w:rsidRPr="005A317E">
        <w:rPr>
          <w:lang w:val="sr-Cyrl-RS"/>
        </w:rPr>
        <w:t xml:space="preserve"> Илије М. Коларца </w:t>
      </w:r>
      <w:r w:rsidR="003A56DA" w:rsidRPr="005A317E">
        <w:rPr>
          <w:lang w:val="sr-Cyrl-RS"/>
        </w:rPr>
        <w:t>ауторима</w:t>
      </w:r>
      <w:r w:rsidR="000443CB" w:rsidRPr="005A317E">
        <w:rPr>
          <w:lang w:val="sr-Cyrl-RS"/>
        </w:rPr>
        <w:t xml:space="preserve"> обезбеђује: </w:t>
      </w:r>
    </w:p>
    <w:p w:rsidR="00C5099E" w:rsidRPr="005A317E" w:rsidRDefault="00342F66" w:rsidP="008D1576">
      <w:pPr>
        <w:spacing w:after="0"/>
        <w:rPr>
          <w:lang w:val="sr-Latn-RS"/>
        </w:rPr>
      </w:pPr>
      <w:r>
        <w:rPr>
          <w:lang w:val="sr-Cyrl-RS"/>
        </w:rPr>
        <w:t>–</w:t>
      </w:r>
      <w:r w:rsidR="006416F4" w:rsidRPr="005A317E">
        <w:rPr>
          <w:lang w:val="sr-Cyrl-RS"/>
        </w:rPr>
        <w:t xml:space="preserve"> </w:t>
      </w:r>
      <w:r w:rsidR="00403628" w:rsidRPr="005A317E">
        <w:rPr>
          <w:lang w:val="sr-Cyrl-RS"/>
        </w:rPr>
        <w:t>галеријски</w:t>
      </w:r>
      <w:r w:rsidR="0025247F" w:rsidRPr="005A317E">
        <w:rPr>
          <w:lang w:val="sr-Cyrl-RS"/>
        </w:rPr>
        <w:t xml:space="preserve"> про</w:t>
      </w:r>
      <w:r w:rsidR="00054F6C" w:rsidRPr="005A317E">
        <w:rPr>
          <w:lang w:val="sr-Cyrl-RS"/>
        </w:rPr>
        <w:t>стор (</w:t>
      </w:r>
      <w:r w:rsidR="00894AC2" w:rsidRPr="005A317E">
        <w:rPr>
          <w:lang w:val="sr-Cyrl-RS"/>
        </w:rPr>
        <w:t>ниво приземља</w:t>
      </w:r>
      <w:r>
        <w:rPr>
          <w:lang w:val="sr-Cyrl-RS"/>
        </w:rPr>
        <w:t>)</w:t>
      </w:r>
      <w:r>
        <w:rPr>
          <w:lang w:val="sr-Cyrl-RS"/>
        </w:rPr>
        <w:br/>
        <w:t>–</w:t>
      </w:r>
      <w:r w:rsidR="0025247F" w:rsidRPr="005A317E">
        <w:rPr>
          <w:lang w:val="sr-Cyrl-RS"/>
        </w:rPr>
        <w:t xml:space="preserve"> </w:t>
      </w:r>
      <w:r w:rsidR="006503C6" w:rsidRPr="005A317E">
        <w:rPr>
          <w:lang w:val="sr-Cyrl-RS"/>
        </w:rPr>
        <w:t xml:space="preserve">доступну </w:t>
      </w:r>
      <w:r w:rsidR="00E65E7D" w:rsidRPr="005A317E">
        <w:rPr>
          <w:lang w:val="sr-Cyrl-RS"/>
        </w:rPr>
        <w:t>аудио, видео</w:t>
      </w:r>
      <w:r w:rsidR="006503C6" w:rsidRPr="005A317E">
        <w:rPr>
          <w:lang w:val="sr-Cyrl-RS"/>
        </w:rPr>
        <w:t xml:space="preserve"> и другу</w:t>
      </w:r>
      <w:r w:rsidR="0025247F" w:rsidRPr="005A317E">
        <w:rPr>
          <w:lang w:val="sr-Cyrl-RS"/>
        </w:rPr>
        <w:t xml:space="preserve"> техничку опр</w:t>
      </w:r>
      <w:r w:rsidR="005A317E" w:rsidRPr="005A317E">
        <w:rPr>
          <w:lang w:val="sr-Cyrl-RS"/>
        </w:rPr>
        <w:t xml:space="preserve">ему: </w:t>
      </w:r>
      <w:r w:rsidR="006416F4" w:rsidRPr="005A317E">
        <w:rPr>
          <w:lang w:val="sr-Cyrl-RS"/>
        </w:rPr>
        <w:t xml:space="preserve">систем </w:t>
      </w:r>
      <w:r w:rsidR="001D0346" w:rsidRPr="005A317E">
        <w:rPr>
          <w:lang w:val="sr-Cyrl-RS"/>
        </w:rPr>
        <w:t xml:space="preserve">шинског  осветљења </w:t>
      </w:r>
      <w:r w:rsidR="002617EC" w:rsidRPr="005A317E">
        <w:rPr>
          <w:lang w:val="sr-Cyrl-RS"/>
        </w:rPr>
        <w:t>и озвучења</w:t>
      </w:r>
      <w:r w:rsidR="00BF5B60" w:rsidRPr="005A317E">
        <w:rPr>
          <w:lang w:val="sr-Cyrl-RS"/>
        </w:rPr>
        <w:t xml:space="preserve">, </w:t>
      </w:r>
      <w:r w:rsidR="001D0346" w:rsidRPr="005A317E">
        <w:rPr>
          <w:lang w:val="sr-Cyrl-RS"/>
        </w:rPr>
        <w:t>систем галеријских шина са челичним</w:t>
      </w:r>
      <w:r w:rsidR="006763E1" w:rsidRPr="005A317E">
        <w:rPr>
          <w:lang w:val="sr-Cyrl-RS"/>
        </w:rPr>
        <w:t xml:space="preserve"> </w:t>
      </w:r>
      <w:r w:rsidR="001D0346" w:rsidRPr="005A317E">
        <w:rPr>
          <w:lang w:val="sr-Cyrl-RS"/>
        </w:rPr>
        <w:t>сајлама</w:t>
      </w:r>
      <w:r w:rsidR="00911807" w:rsidRPr="005A317E">
        <w:rPr>
          <w:lang w:val="sr-Cyrl-RS"/>
        </w:rPr>
        <w:t xml:space="preserve"> и кукица</w:t>
      </w:r>
      <w:r w:rsidR="001D0346" w:rsidRPr="005A317E">
        <w:rPr>
          <w:lang w:val="sr-Cyrl-RS"/>
        </w:rPr>
        <w:t>ма</w:t>
      </w:r>
      <w:r w:rsidR="005A317E" w:rsidRPr="005A317E">
        <w:rPr>
          <w:lang w:val="sr-Cyrl-RS"/>
        </w:rPr>
        <w:t>,</w:t>
      </w:r>
      <w:r w:rsidR="00911807" w:rsidRPr="005A317E">
        <w:rPr>
          <w:lang w:val="sr-Cyrl-RS"/>
        </w:rPr>
        <w:t xml:space="preserve"> телевизор</w:t>
      </w:r>
      <w:r w:rsidR="005A317E" w:rsidRPr="005A317E">
        <w:rPr>
          <w:lang w:val="sr-Cyrl-RS"/>
        </w:rPr>
        <w:t xml:space="preserve"> (формат 16/9, 65 инча</w:t>
      </w:r>
      <w:r w:rsidR="0025247F" w:rsidRPr="005A317E">
        <w:rPr>
          <w:lang w:val="sr-Cyrl-RS"/>
        </w:rPr>
        <w:t>)</w:t>
      </w:r>
      <w:r w:rsidR="0025247F" w:rsidRPr="005A317E">
        <w:rPr>
          <w:lang w:val="sr-Cyrl-RS"/>
        </w:rPr>
        <w:br/>
      </w:r>
      <w:r>
        <w:rPr>
          <w:lang w:val="sr-Cyrl-RS"/>
        </w:rPr>
        <w:t xml:space="preserve">– </w:t>
      </w:r>
      <w:r w:rsidR="0025247F" w:rsidRPr="005A317E">
        <w:rPr>
          <w:lang w:val="sr-Cyrl-RS"/>
        </w:rPr>
        <w:t>техничку подршку</w:t>
      </w:r>
      <w:r w:rsidR="00315BD4" w:rsidRPr="005A317E">
        <w:rPr>
          <w:lang w:val="sr-Cyrl-RS"/>
        </w:rPr>
        <w:t xml:space="preserve"> при</w:t>
      </w:r>
      <w:r w:rsidR="001B2756" w:rsidRPr="005A317E">
        <w:rPr>
          <w:lang w:val="sr-Cyrl-RS"/>
        </w:rPr>
        <w:t>ликом монтаже</w:t>
      </w:r>
      <w:r w:rsidR="00315BD4" w:rsidRPr="005A317E">
        <w:rPr>
          <w:lang w:val="sr-Cyrl-RS"/>
        </w:rPr>
        <w:t xml:space="preserve"> </w:t>
      </w:r>
      <w:r w:rsidR="00D1028A" w:rsidRPr="005A317E">
        <w:rPr>
          <w:lang w:val="sr-Cyrl-RS"/>
        </w:rPr>
        <w:t>изложбе</w:t>
      </w:r>
      <w:r>
        <w:rPr>
          <w:lang w:val="sr-Cyrl-RS"/>
        </w:rPr>
        <w:br/>
        <w:t>–</w:t>
      </w:r>
      <w:r w:rsidR="0025247F" w:rsidRPr="005A317E">
        <w:rPr>
          <w:lang w:val="sr-Cyrl-RS"/>
        </w:rPr>
        <w:t xml:space="preserve"> </w:t>
      </w:r>
      <w:r w:rsidR="008A3804" w:rsidRPr="005A317E">
        <w:rPr>
          <w:lang w:val="sr-Cyrl-RS"/>
        </w:rPr>
        <w:t xml:space="preserve">израду </w:t>
      </w:r>
      <w:r w:rsidR="00D065A7" w:rsidRPr="005A317E">
        <w:rPr>
          <w:lang w:val="sr-Cyrl-RS"/>
        </w:rPr>
        <w:t>пратећег</w:t>
      </w:r>
      <w:r w:rsidR="008A3804" w:rsidRPr="005A317E">
        <w:rPr>
          <w:lang w:val="sr-Cyrl-RS"/>
        </w:rPr>
        <w:t xml:space="preserve"> материјала (ката</w:t>
      </w:r>
      <w:r w:rsidR="006416F4" w:rsidRPr="005A317E">
        <w:rPr>
          <w:lang w:val="sr-Cyrl-RS"/>
        </w:rPr>
        <w:t>лог, налепница за излог</w:t>
      </w:r>
      <w:r w:rsidR="008A3804" w:rsidRPr="005A317E">
        <w:rPr>
          <w:lang w:val="sr-Cyrl-RS"/>
        </w:rPr>
        <w:t xml:space="preserve">) </w:t>
      </w:r>
      <w:r w:rsidR="002D53F2" w:rsidRPr="005A317E">
        <w:rPr>
          <w:lang w:val="sr-Cyrl-RS"/>
        </w:rPr>
        <w:t xml:space="preserve">у складу са </w:t>
      </w:r>
      <w:r w:rsidR="002F7A9E" w:rsidRPr="005A317E">
        <w:rPr>
          <w:lang w:val="sr-Cyrl-RS"/>
        </w:rPr>
        <w:t>стандардизованим</w:t>
      </w:r>
      <w:r w:rsidR="002D53F2" w:rsidRPr="005A317E">
        <w:rPr>
          <w:lang w:val="sr-Cyrl-RS"/>
        </w:rPr>
        <w:t xml:space="preserve"> </w:t>
      </w:r>
      <w:r w:rsidR="006956C2" w:rsidRPr="005A317E">
        <w:rPr>
          <w:lang w:val="sr-Cyrl-RS"/>
        </w:rPr>
        <w:t>реше</w:t>
      </w:r>
      <w:r>
        <w:rPr>
          <w:lang w:val="sr-Cyrl-RS"/>
        </w:rPr>
        <w:t>њем (обим</w:t>
      </w:r>
      <w:r w:rsidR="006956C2" w:rsidRPr="005A317E">
        <w:rPr>
          <w:lang w:val="sr-Cyrl-RS"/>
        </w:rPr>
        <w:t>, дизајн, тираж)</w:t>
      </w:r>
      <w:r>
        <w:rPr>
          <w:lang w:val="sr-Cyrl-RS"/>
        </w:rPr>
        <w:br/>
        <w:t>–</w:t>
      </w:r>
      <w:r w:rsidR="0025247F" w:rsidRPr="005A317E">
        <w:rPr>
          <w:lang w:val="sr-Cyrl-RS"/>
        </w:rPr>
        <w:t xml:space="preserve"> промоцију </w:t>
      </w:r>
      <w:r w:rsidR="006933AD" w:rsidRPr="005A317E">
        <w:rPr>
          <w:lang w:val="sr-Cyrl-RS"/>
        </w:rPr>
        <w:t xml:space="preserve">изложбе </w:t>
      </w:r>
      <w:r w:rsidR="006032A5" w:rsidRPr="005A317E">
        <w:rPr>
          <w:lang w:val="sr-Cyrl-RS"/>
        </w:rPr>
        <w:t xml:space="preserve">на сајту </w:t>
      </w:r>
      <w:r w:rsidR="00D065A7" w:rsidRPr="005A317E">
        <w:rPr>
          <w:lang w:val="sr-Cyrl-RS"/>
        </w:rPr>
        <w:t>и друштвеним мрежама З</w:t>
      </w:r>
      <w:r w:rsidR="006032A5" w:rsidRPr="005A317E">
        <w:rPr>
          <w:lang w:val="sr-Cyrl-RS"/>
        </w:rPr>
        <w:t>адужбине, у складу са политиком куће</w:t>
      </w:r>
    </w:p>
    <w:p w:rsidR="00E975A7" w:rsidRPr="00E975A7" w:rsidRDefault="00E975A7" w:rsidP="00E975A7">
      <w:pPr>
        <w:rPr>
          <w:lang w:val="sr-Cyrl-RS"/>
        </w:rPr>
      </w:pPr>
    </w:p>
    <w:p w:rsidR="00C5099E" w:rsidRPr="00433E31" w:rsidRDefault="000443CB" w:rsidP="008D1576">
      <w:pPr>
        <w:pStyle w:val="Heading1"/>
        <w:spacing w:before="0"/>
        <w:rPr>
          <w:rFonts w:asciiTheme="minorHAnsi" w:hAnsiTheme="minorHAnsi"/>
          <w:color w:val="0F243E" w:themeColor="text2" w:themeShade="80"/>
          <w:lang w:val="sr-Cyrl-RS"/>
        </w:rPr>
      </w:pPr>
      <w:r>
        <w:rPr>
          <w:rFonts w:asciiTheme="minorHAnsi" w:hAnsiTheme="minorHAnsi"/>
          <w:color w:val="0F243E" w:themeColor="text2" w:themeShade="80"/>
          <w:lang w:val="sr-Cyrl-RS"/>
        </w:rPr>
        <w:t xml:space="preserve">ОБАВЕЗЕ </w:t>
      </w:r>
      <w:r w:rsidR="003A56DA">
        <w:rPr>
          <w:rFonts w:asciiTheme="minorHAnsi" w:hAnsiTheme="minorHAnsi"/>
          <w:color w:val="0F243E" w:themeColor="text2" w:themeShade="80"/>
          <w:lang w:val="sr-Cyrl-RS"/>
        </w:rPr>
        <w:t>АУТОРА</w:t>
      </w:r>
    </w:p>
    <w:p w:rsidR="00E975A7" w:rsidRDefault="00E975A7" w:rsidP="00E975A7">
      <w:pPr>
        <w:rPr>
          <w:lang w:val="sr-Cyrl-RS"/>
        </w:rPr>
      </w:pPr>
    </w:p>
    <w:p w:rsidR="000443CB" w:rsidRPr="00E975A7" w:rsidRDefault="003A56DA" w:rsidP="00E975A7">
      <w:pPr>
        <w:rPr>
          <w:lang w:val="sr-Cyrl-RS"/>
        </w:rPr>
      </w:pPr>
      <w:r>
        <w:rPr>
          <w:lang w:val="sr-Cyrl-RS"/>
        </w:rPr>
        <w:t>Аутор</w:t>
      </w:r>
      <w:r w:rsidR="000443CB">
        <w:rPr>
          <w:lang w:val="sr-Cyrl-RS"/>
        </w:rPr>
        <w:t xml:space="preserve"> има обавезу да:</w:t>
      </w:r>
    </w:p>
    <w:p w:rsidR="00010B07" w:rsidRDefault="00342F66" w:rsidP="008D1576">
      <w:pPr>
        <w:spacing w:after="0"/>
        <w:rPr>
          <w:lang w:val="sr-Cyrl-RS"/>
        </w:rPr>
      </w:pPr>
      <w:r>
        <w:rPr>
          <w:lang w:val="sr-Cyrl-RS"/>
        </w:rPr>
        <w:t>–</w:t>
      </w:r>
      <w:r w:rsidR="0025247F" w:rsidRPr="008D1576">
        <w:rPr>
          <w:lang w:val="sr-Cyrl-RS"/>
        </w:rPr>
        <w:t xml:space="preserve"> </w:t>
      </w:r>
      <w:r w:rsidR="0025247F" w:rsidRPr="005A317E">
        <w:rPr>
          <w:lang w:val="sr-Cyrl-RS"/>
        </w:rPr>
        <w:t>изложбу</w:t>
      </w:r>
      <w:r w:rsidR="00072124" w:rsidRPr="005A317E">
        <w:rPr>
          <w:lang w:val="sr-Cyrl-RS"/>
        </w:rPr>
        <w:t xml:space="preserve"> реализује у складу са</w:t>
      </w:r>
      <w:r w:rsidR="0025247F" w:rsidRPr="005A317E">
        <w:rPr>
          <w:lang w:val="sr-Cyrl-RS"/>
        </w:rPr>
        <w:t xml:space="preserve"> конкурсн</w:t>
      </w:r>
      <w:r w:rsidR="00072124" w:rsidRPr="005A317E">
        <w:rPr>
          <w:lang w:val="sr-Cyrl-RS"/>
        </w:rPr>
        <w:t>им</w:t>
      </w:r>
      <w:r w:rsidR="0025247F" w:rsidRPr="005A317E">
        <w:rPr>
          <w:lang w:val="sr-Cyrl-RS"/>
        </w:rPr>
        <w:t xml:space="preserve"> предлог</w:t>
      </w:r>
      <w:r w:rsidR="00072124" w:rsidRPr="005A317E">
        <w:rPr>
          <w:lang w:val="sr-Cyrl-RS"/>
        </w:rPr>
        <w:t>ом</w:t>
      </w:r>
      <w:r w:rsidR="00BF7693" w:rsidRPr="005A317E">
        <w:rPr>
          <w:lang w:val="sr-Cyrl-RS"/>
        </w:rPr>
        <w:t xml:space="preserve">, </w:t>
      </w:r>
      <w:r w:rsidR="00483BE1" w:rsidRPr="005A317E">
        <w:rPr>
          <w:lang w:val="sr-Cyrl-RS"/>
        </w:rPr>
        <w:t xml:space="preserve">уз услов да најмање 70% материјала чине радови </w:t>
      </w:r>
      <w:r w:rsidR="00072124" w:rsidRPr="005A317E">
        <w:rPr>
          <w:lang w:val="sr-Cyrl-RS"/>
        </w:rPr>
        <w:t>који претходно нису излагани</w:t>
      </w:r>
      <w:r w:rsidR="00483BE1" w:rsidRPr="005A317E">
        <w:rPr>
          <w:lang w:val="sr-Cyrl-RS"/>
        </w:rPr>
        <w:t xml:space="preserve"> </w:t>
      </w:r>
    </w:p>
    <w:p w:rsidR="00010B07" w:rsidRDefault="00010B07" w:rsidP="008D1576">
      <w:pPr>
        <w:spacing w:after="0"/>
        <w:rPr>
          <w:lang w:val="sr-Cyrl-RS"/>
        </w:rPr>
      </w:pPr>
      <w:r w:rsidRPr="00010B07">
        <w:rPr>
          <w:b/>
          <w:lang w:val="sr-Cyrl-RS"/>
        </w:rPr>
        <w:t>Напомена:</w:t>
      </w:r>
      <w:r>
        <w:rPr>
          <w:lang w:val="sr-Cyrl-RS"/>
        </w:rPr>
        <w:t xml:space="preserve"> </w:t>
      </w:r>
      <w:r w:rsidR="007F2B3E" w:rsidRPr="005A317E">
        <w:rPr>
          <w:lang w:val="sr-Cyrl-RS"/>
        </w:rPr>
        <w:t>У случају одступања од конкур</w:t>
      </w:r>
      <w:r w:rsidR="00072124" w:rsidRPr="005A317E">
        <w:rPr>
          <w:lang w:val="sr-Cyrl-RS"/>
        </w:rPr>
        <w:t>сн</w:t>
      </w:r>
      <w:r w:rsidR="002617EC" w:rsidRPr="005A317E">
        <w:rPr>
          <w:lang w:val="sr-Cyrl-RS"/>
        </w:rPr>
        <w:t xml:space="preserve">ог предлога, у смислу концепта и </w:t>
      </w:r>
      <w:r w:rsidR="00072124" w:rsidRPr="005A317E">
        <w:rPr>
          <w:lang w:val="sr-Cyrl-RS"/>
        </w:rPr>
        <w:t>заступљености радова који нису претходно излагани</w:t>
      </w:r>
      <w:r w:rsidR="000D4779" w:rsidRPr="005A317E">
        <w:rPr>
          <w:lang w:val="sr-Cyrl-RS"/>
        </w:rPr>
        <w:t>,</w:t>
      </w:r>
      <w:r w:rsidR="007F2B3E" w:rsidRPr="005A317E">
        <w:rPr>
          <w:lang w:val="sr-Cyrl-RS"/>
        </w:rPr>
        <w:t xml:space="preserve"> </w:t>
      </w:r>
      <w:r w:rsidR="00BB22D8" w:rsidRPr="005A317E">
        <w:rPr>
          <w:lang w:val="sr-Cyrl-RS"/>
        </w:rPr>
        <w:t>Задужбина</w:t>
      </w:r>
      <w:r w:rsidR="007F2B3E" w:rsidRPr="005A317E">
        <w:rPr>
          <w:lang w:val="sr-Cyrl-RS"/>
        </w:rPr>
        <w:t xml:space="preserve"> задржава право да не одобри измене</w:t>
      </w:r>
      <w:r w:rsidR="00315BD4" w:rsidRPr="005A317E">
        <w:rPr>
          <w:lang w:val="sr-Cyrl-RS"/>
        </w:rPr>
        <w:t>.</w:t>
      </w:r>
    </w:p>
    <w:p w:rsidR="000D4779" w:rsidRPr="005A317E" w:rsidRDefault="00010B07" w:rsidP="008D1576">
      <w:pPr>
        <w:spacing w:after="0"/>
        <w:rPr>
          <w:lang w:val="sr-Cyrl-RS"/>
        </w:rPr>
      </w:pPr>
      <w:r>
        <w:rPr>
          <w:lang w:val="sr-Cyrl-RS"/>
        </w:rPr>
        <w:t>–</w:t>
      </w:r>
      <w:r w:rsidR="000D4779" w:rsidRPr="005A317E">
        <w:rPr>
          <w:lang w:val="sr-Cyrl-RS"/>
        </w:rPr>
        <w:t xml:space="preserve"> и</w:t>
      </w:r>
      <w:r w:rsidR="00BB0FB7" w:rsidRPr="005A317E">
        <w:rPr>
          <w:lang w:val="sr-Cyrl-RS"/>
        </w:rPr>
        <w:t>зложбу реализује у складу са техничким условима које дефинише Задужбина;</w:t>
      </w:r>
    </w:p>
    <w:p w:rsidR="00315BD4" w:rsidRPr="005A317E" w:rsidRDefault="00010B07" w:rsidP="008D1576">
      <w:pPr>
        <w:spacing w:after="0"/>
        <w:rPr>
          <w:lang w:val="sr-Cyrl-RS"/>
        </w:rPr>
      </w:pPr>
      <w:r>
        <w:rPr>
          <w:lang w:val="sr-Cyrl-RS"/>
        </w:rPr>
        <w:t>–</w:t>
      </w:r>
      <w:r w:rsidR="00AF2381" w:rsidRPr="005A317E">
        <w:rPr>
          <w:lang w:val="sr-Cyrl-RS"/>
        </w:rPr>
        <w:t xml:space="preserve"> </w:t>
      </w:r>
      <w:r w:rsidR="00315BD4" w:rsidRPr="005A317E">
        <w:rPr>
          <w:lang w:val="sr-Cyrl-RS"/>
        </w:rPr>
        <w:t xml:space="preserve">обезбеди </w:t>
      </w:r>
      <w:r w:rsidR="00AF2381" w:rsidRPr="005A317E">
        <w:rPr>
          <w:lang w:val="sr-Cyrl-RS"/>
        </w:rPr>
        <w:t>транспорт</w:t>
      </w:r>
      <w:r w:rsidR="001F3A63" w:rsidRPr="005A317E">
        <w:rPr>
          <w:lang w:val="sr-Cyrl-RS"/>
        </w:rPr>
        <w:t xml:space="preserve"> радова приликом монтаже и демонтаже изложбе</w:t>
      </w:r>
    </w:p>
    <w:p w:rsidR="00AF2381" w:rsidRPr="005A317E" w:rsidRDefault="00010B07" w:rsidP="008D1576">
      <w:pPr>
        <w:spacing w:after="0"/>
        <w:rPr>
          <w:lang w:val="sr-Cyrl-RS"/>
        </w:rPr>
      </w:pPr>
      <w:r>
        <w:rPr>
          <w:lang w:val="sr-Cyrl-RS"/>
        </w:rPr>
        <w:t>–</w:t>
      </w:r>
      <w:r w:rsidR="00315BD4" w:rsidRPr="005A317E">
        <w:rPr>
          <w:lang w:val="sr-Cyrl-RS"/>
        </w:rPr>
        <w:t xml:space="preserve"> обезбеди додатну опрему уколико </w:t>
      </w:r>
      <w:r w:rsidR="00ED47F3" w:rsidRPr="005A317E">
        <w:rPr>
          <w:lang w:val="sr-Cyrl-RS"/>
        </w:rPr>
        <w:t>Задужбина</w:t>
      </w:r>
      <w:r w:rsidR="00315BD4" w:rsidRPr="005A317E">
        <w:rPr>
          <w:lang w:val="sr-Cyrl-RS"/>
        </w:rPr>
        <w:t xml:space="preserve"> није у могућности да одговори </w:t>
      </w:r>
      <w:r w:rsidR="00CD507B" w:rsidRPr="005A317E">
        <w:rPr>
          <w:lang w:val="sr-Cyrl-RS"/>
        </w:rPr>
        <w:t xml:space="preserve">укупним </w:t>
      </w:r>
      <w:r w:rsidR="00315BD4" w:rsidRPr="005A317E">
        <w:rPr>
          <w:lang w:val="sr-Cyrl-RS"/>
        </w:rPr>
        <w:t>техничким захтевима изложбе</w:t>
      </w:r>
    </w:p>
    <w:p w:rsidR="0022621B" w:rsidRPr="005A317E" w:rsidRDefault="00010B07" w:rsidP="008D1576">
      <w:pPr>
        <w:spacing w:after="0"/>
        <w:rPr>
          <w:lang w:val="sr-Cyrl-RS"/>
        </w:rPr>
      </w:pPr>
      <w:r>
        <w:rPr>
          <w:lang w:val="sr-Cyrl-RS"/>
        </w:rPr>
        <w:t xml:space="preserve">– </w:t>
      </w:r>
      <w:r w:rsidR="006F5276" w:rsidRPr="005A317E">
        <w:rPr>
          <w:lang w:val="sr-Cyrl-RS"/>
        </w:rPr>
        <w:t>обави демонтажу изложбе</w:t>
      </w:r>
      <w:r w:rsidR="00575708" w:rsidRPr="005A317E">
        <w:rPr>
          <w:lang w:val="sr-Cyrl-RS"/>
        </w:rPr>
        <w:t xml:space="preserve"> и </w:t>
      </w:r>
      <w:r w:rsidR="00315BD4" w:rsidRPr="005A317E">
        <w:rPr>
          <w:lang w:val="sr-Cyrl-RS"/>
        </w:rPr>
        <w:t>изложбени</w:t>
      </w:r>
      <w:r w:rsidR="0022621B" w:rsidRPr="005A317E">
        <w:rPr>
          <w:lang w:val="sr-Cyrl-RS"/>
        </w:rPr>
        <w:t xml:space="preserve"> простор </w:t>
      </w:r>
      <w:r w:rsidR="00315BD4" w:rsidRPr="005A317E">
        <w:rPr>
          <w:lang w:val="sr-Cyrl-RS"/>
        </w:rPr>
        <w:t xml:space="preserve">доведе </w:t>
      </w:r>
      <w:r w:rsidR="008672B9" w:rsidRPr="005A317E">
        <w:rPr>
          <w:lang w:val="sr-Cyrl-RS"/>
        </w:rPr>
        <w:t>у</w:t>
      </w:r>
      <w:r w:rsidR="0022621B" w:rsidRPr="005A317E">
        <w:rPr>
          <w:lang w:val="sr-Cyrl-RS"/>
        </w:rPr>
        <w:t xml:space="preserve"> стање</w:t>
      </w:r>
      <w:r w:rsidR="008672B9" w:rsidRPr="005A317E">
        <w:rPr>
          <w:lang w:val="sr-Cyrl-RS"/>
        </w:rPr>
        <w:t xml:space="preserve"> које је претходило реализацији изложбе</w:t>
      </w:r>
    </w:p>
    <w:p w:rsidR="00DE50C5" w:rsidRPr="005A317E" w:rsidRDefault="00010B07" w:rsidP="00AF2381">
      <w:pPr>
        <w:spacing w:after="0"/>
        <w:rPr>
          <w:lang w:val="sr-Cyrl-RS"/>
        </w:rPr>
      </w:pPr>
      <w:r>
        <w:rPr>
          <w:lang w:val="sr-Cyrl-RS"/>
        </w:rPr>
        <w:t>–</w:t>
      </w:r>
      <w:r w:rsidR="00AF2381" w:rsidRPr="005A317E">
        <w:rPr>
          <w:lang w:val="sr-Cyrl-RS"/>
        </w:rPr>
        <w:t xml:space="preserve"> </w:t>
      </w:r>
      <w:r w:rsidR="00575708" w:rsidRPr="005A317E">
        <w:rPr>
          <w:lang w:val="sr-Cyrl-RS"/>
        </w:rPr>
        <w:t>обезбеди додатно физичко обезбеђење и осигурање радова, уколико процени да је то потребно</w:t>
      </w:r>
    </w:p>
    <w:p w:rsidR="008A53F7" w:rsidRDefault="00010B07" w:rsidP="00AF2381">
      <w:pPr>
        <w:spacing w:after="0"/>
        <w:rPr>
          <w:lang w:val="sr-Cyrl-RS"/>
        </w:rPr>
      </w:pPr>
      <w:r>
        <w:rPr>
          <w:lang w:val="sr-Cyrl-RS"/>
        </w:rPr>
        <w:t>–</w:t>
      </w:r>
      <w:r w:rsidR="00DE50C5" w:rsidRPr="005A317E">
        <w:rPr>
          <w:lang w:val="sr-Cyrl-RS"/>
        </w:rPr>
        <w:t xml:space="preserve"> по реализацији изложбе Задужбини уступи једно ауторско дело, претходно приказано на изложби</w:t>
      </w:r>
      <w:r w:rsidR="0025247F" w:rsidRPr="00AF2381">
        <w:rPr>
          <w:lang w:val="sr-Cyrl-RS"/>
        </w:rPr>
        <w:br/>
      </w:r>
    </w:p>
    <w:p w:rsidR="00E975A7" w:rsidRPr="006E746C" w:rsidRDefault="0025247F" w:rsidP="006E746C">
      <w:pPr>
        <w:spacing w:after="0"/>
        <w:rPr>
          <w:lang w:val="sr-Cyrl-RS"/>
        </w:rPr>
      </w:pPr>
      <w:r w:rsidRPr="00AF2381">
        <w:rPr>
          <w:lang w:val="sr-Cyrl-RS"/>
        </w:rPr>
        <w:br/>
      </w:r>
      <w:r w:rsidR="005F6998" w:rsidRPr="006E746C">
        <w:rPr>
          <w:lang w:val="sr-Cyrl-RS"/>
        </w:rPr>
        <w:t>М</w:t>
      </w:r>
      <w:r w:rsidRPr="006E746C">
        <w:rPr>
          <w:lang w:val="sr-Cyrl-RS"/>
        </w:rPr>
        <w:t>еђусобна права и обавезе</w:t>
      </w:r>
      <w:r w:rsidR="005F6998" w:rsidRPr="006E746C">
        <w:rPr>
          <w:lang w:val="sr-Cyrl-RS"/>
        </w:rPr>
        <w:t xml:space="preserve"> Задужбине и аутора уређују се уговором</w:t>
      </w:r>
      <w:r w:rsidRPr="006E746C">
        <w:rPr>
          <w:lang w:val="sr-Cyrl-RS"/>
        </w:rPr>
        <w:t>.</w:t>
      </w:r>
    </w:p>
    <w:p w:rsidR="008A53F7" w:rsidRPr="008A53F7" w:rsidRDefault="008A53F7" w:rsidP="008A53F7">
      <w:pPr>
        <w:rPr>
          <w:lang w:val="sr-Cyrl-RS"/>
        </w:rPr>
      </w:pPr>
    </w:p>
    <w:p w:rsidR="00433E31" w:rsidRPr="000D10F3" w:rsidRDefault="007C6A90" w:rsidP="00433E31">
      <w:pPr>
        <w:rPr>
          <w:lang w:val="sr-Cyrl-RS"/>
        </w:rPr>
      </w:pPr>
      <w:r>
        <w:rPr>
          <w:lang w:val="sr-Cyrl-RS"/>
        </w:rPr>
        <w:t>А</w:t>
      </w:r>
      <w:r w:rsidR="002C5E21">
        <w:rPr>
          <w:lang w:val="sr-Cyrl-RS"/>
        </w:rPr>
        <w:t>утори</w:t>
      </w:r>
      <w:r w:rsidR="00433E31" w:rsidRPr="00054F6C">
        <w:rPr>
          <w:lang w:val="sr-Cyrl-RS"/>
        </w:rPr>
        <w:t xml:space="preserve"> </w:t>
      </w:r>
      <w:r>
        <w:rPr>
          <w:lang w:val="sr-Cyrl-RS"/>
        </w:rPr>
        <w:t xml:space="preserve">одабраних изложби </w:t>
      </w:r>
      <w:r w:rsidR="00433E31" w:rsidRPr="00054F6C">
        <w:rPr>
          <w:lang w:val="sr-Cyrl-RS"/>
        </w:rPr>
        <w:t xml:space="preserve">дужни су да </w:t>
      </w:r>
      <w:r w:rsidR="00433E31" w:rsidRPr="0015296C">
        <w:rPr>
          <w:lang w:val="sr-Cyrl-RS"/>
        </w:rPr>
        <w:t xml:space="preserve">најкасније </w:t>
      </w:r>
      <w:r w:rsidR="002B5DFE">
        <w:rPr>
          <w:lang w:val="sr-Cyrl-RS"/>
        </w:rPr>
        <w:t>45</w:t>
      </w:r>
      <w:r w:rsidR="00433E31" w:rsidRPr="0015296C">
        <w:rPr>
          <w:lang w:val="sr-Cyrl-RS"/>
        </w:rPr>
        <w:t xml:space="preserve"> дана </w:t>
      </w:r>
      <w:r w:rsidR="00433E31" w:rsidRPr="00054F6C">
        <w:rPr>
          <w:lang w:val="sr-Cyrl-RS"/>
        </w:rPr>
        <w:t xml:space="preserve">пре предвиђеног термина обавесте </w:t>
      </w:r>
      <w:r w:rsidR="002B5DFE">
        <w:rPr>
          <w:lang w:val="sr-Cyrl-RS"/>
        </w:rPr>
        <w:t>Задужбину</w:t>
      </w:r>
      <w:r w:rsidR="00433E31" w:rsidRPr="00054F6C">
        <w:rPr>
          <w:lang w:val="sr-Cyrl-RS"/>
        </w:rPr>
        <w:t xml:space="preserve"> уколико из објективних разлога нису у м</w:t>
      </w:r>
      <w:r w:rsidR="00433E31">
        <w:rPr>
          <w:lang w:val="sr-Cyrl-RS"/>
        </w:rPr>
        <w:t xml:space="preserve">огућности да реализују изложбу. </w:t>
      </w:r>
      <w:r w:rsidR="00433E31" w:rsidRPr="000D10F3">
        <w:rPr>
          <w:lang w:val="sr-Cyrl-RS"/>
        </w:rPr>
        <w:t>У том сл</w:t>
      </w:r>
      <w:r w:rsidR="000A2089">
        <w:rPr>
          <w:lang w:val="sr-Cyrl-RS"/>
        </w:rPr>
        <w:t xml:space="preserve">учају </w:t>
      </w:r>
      <w:r w:rsidR="00433E31" w:rsidRPr="000D10F3">
        <w:rPr>
          <w:lang w:val="sr-Cyrl-RS"/>
        </w:rPr>
        <w:t xml:space="preserve">изложбени термин </w:t>
      </w:r>
      <w:r w:rsidR="000A2089">
        <w:rPr>
          <w:lang w:val="sr-Cyrl-RS"/>
        </w:rPr>
        <w:t xml:space="preserve">биће </w:t>
      </w:r>
      <w:r w:rsidR="00C62FA7">
        <w:rPr>
          <w:lang w:val="sr-Cyrl-RS"/>
        </w:rPr>
        <w:t>понуђем ауторима</w:t>
      </w:r>
      <w:r w:rsidR="00433E31">
        <w:rPr>
          <w:lang w:val="sr-Cyrl-RS"/>
        </w:rPr>
        <w:t xml:space="preserve"> са листе резерви, </w:t>
      </w:r>
      <w:r w:rsidR="003B7425">
        <w:rPr>
          <w:color w:val="000000" w:themeColor="text1"/>
          <w:lang w:val="sr-Cyrl-RS"/>
        </w:rPr>
        <w:t>према претходно утврђеном редоследу</w:t>
      </w:r>
      <w:r w:rsidR="00433E31">
        <w:rPr>
          <w:lang w:val="sr-Cyrl-RS"/>
        </w:rPr>
        <w:t>.</w:t>
      </w:r>
    </w:p>
    <w:p w:rsidR="00433E31" w:rsidRPr="002C5E21" w:rsidRDefault="00433E31" w:rsidP="00433E31">
      <w:pPr>
        <w:rPr>
          <w:lang w:val="sr-Cyrl-RS"/>
        </w:rPr>
      </w:pPr>
      <w:r w:rsidRPr="002C5E21">
        <w:rPr>
          <w:lang w:val="sr-Cyrl-RS"/>
        </w:rPr>
        <w:t xml:space="preserve">Могућност </w:t>
      </w:r>
      <w:r w:rsidR="009D6D9C">
        <w:rPr>
          <w:lang w:val="sr-Cyrl-RS"/>
        </w:rPr>
        <w:t>за реализацију изложбе у новом термину, у случају претходне спречености,</w:t>
      </w:r>
      <w:r w:rsidRPr="002C5E21">
        <w:rPr>
          <w:lang w:val="sr-Cyrl-RS"/>
        </w:rPr>
        <w:t xml:space="preserve"> биће разматрана у складу са расположивим ресурсима и планираним програмским активностима Галерије.</w:t>
      </w:r>
    </w:p>
    <w:p w:rsidR="00433E31" w:rsidRPr="003C6BFD" w:rsidRDefault="00433E31" w:rsidP="003C6BFD">
      <w:pPr>
        <w:rPr>
          <w:lang w:val="sr-Cyrl-RS"/>
        </w:rPr>
      </w:pPr>
    </w:p>
    <w:p w:rsidR="00C5099E" w:rsidRPr="00122B0D" w:rsidRDefault="003C6BFD" w:rsidP="008D1576">
      <w:pPr>
        <w:pStyle w:val="Heading1"/>
        <w:spacing w:before="0"/>
        <w:rPr>
          <w:rFonts w:asciiTheme="minorHAnsi" w:hAnsiTheme="minorHAnsi"/>
          <w:color w:val="0F243E" w:themeColor="text2" w:themeShade="80"/>
          <w:lang w:val="sr-Cyrl-RS"/>
        </w:rPr>
      </w:pPr>
      <w:r w:rsidRPr="00122B0D">
        <w:rPr>
          <w:rFonts w:asciiTheme="minorHAnsi" w:hAnsiTheme="minorHAnsi"/>
          <w:color w:val="0F243E" w:themeColor="text2" w:themeShade="80"/>
          <w:lang w:val="sr-Cyrl-RS"/>
        </w:rPr>
        <w:t>ПИТАЊА И ДОДАТНЕ ИНФОРМАЦИЈЕ</w:t>
      </w:r>
    </w:p>
    <w:p w:rsidR="003C6BFD" w:rsidRPr="003C6BFD" w:rsidRDefault="003C6BFD" w:rsidP="003C6BFD">
      <w:pPr>
        <w:rPr>
          <w:lang w:val="sr-Cyrl-RS"/>
        </w:rPr>
      </w:pPr>
    </w:p>
    <w:p w:rsidR="003C6BFD" w:rsidRDefault="00A03553" w:rsidP="008D1576">
      <w:pPr>
        <w:spacing w:after="0"/>
        <w:rPr>
          <w:lang w:val="sr-Cyrl-RS"/>
        </w:rPr>
      </w:pPr>
      <w:r>
        <w:rPr>
          <w:lang w:val="sr-Cyrl-RS"/>
        </w:rPr>
        <w:t xml:space="preserve">За сва </w:t>
      </w:r>
      <w:r w:rsidR="0025247F" w:rsidRPr="008D1576">
        <w:rPr>
          <w:lang w:val="sr-Cyrl-RS"/>
        </w:rPr>
        <w:t xml:space="preserve">питања </w:t>
      </w:r>
      <w:r w:rsidR="003C6BFD">
        <w:rPr>
          <w:lang w:val="sr-Cyrl-RS"/>
        </w:rPr>
        <w:t>и</w:t>
      </w:r>
      <w:r>
        <w:rPr>
          <w:lang w:val="sr-Cyrl-RS"/>
        </w:rPr>
        <w:t xml:space="preserve"> додатне</w:t>
      </w:r>
      <w:r w:rsidR="003C6BFD">
        <w:rPr>
          <w:lang w:val="sr-Cyrl-RS"/>
        </w:rPr>
        <w:t xml:space="preserve"> информације</w:t>
      </w:r>
      <w:r>
        <w:rPr>
          <w:lang w:val="sr-Cyrl-RS"/>
        </w:rPr>
        <w:t xml:space="preserve"> </w:t>
      </w:r>
      <w:r w:rsidR="00636B16">
        <w:rPr>
          <w:lang w:val="sr-Cyrl-RS"/>
        </w:rPr>
        <w:t>молимо</w:t>
      </w:r>
      <w:r>
        <w:rPr>
          <w:lang w:val="sr-Cyrl-RS"/>
        </w:rPr>
        <w:t xml:space="preserve"> вас</w:t>
      </w:r>
      <w:r w:rsidR="00636B16">
        <w:rPr>
          <w:lang w:val="sr-Cyrl-RS"/>
        </w:rPr>
        <w:t xml:space="preserve"> да нас</w:t>
      </w:r>
      <w:r w:rsidR="003C6BFD">
        <w:rPr>
          <w:lang w:val="sr-Cyrl-RS"/>
        </w:rPr>
        <w:t xml:space="preserve"> контактира</w:t>
      </w:r>
      <w:r w:rsidR="00636B16">
        <w:rPr>
          <w:lang w:val="sr-Cyrl-RS"/>
        </w:rPr>
        <w:t>јте</w:t>
      </w:r>
      <w:r w:rsidR="00511CA7">
        <w:rPr>
          <w:lang w:val="sr-Cyrl-RS"/>
        </w:rPr>
        <w:t>:</w:t>
      </w:r>
    </w:p>
    <w:p w:rsidR="00F02EA2" w:rsidRPr="006E746C" w:rsidRDefault="0025247F" w:rsidP="008D1576">
      <w:pPr>
        <w:spacing w:after="0"/>
        <w:rPr>
          <w:lang w:val="sr-Cyrl-RS"/>
        </w:rPr>
      </w:pPr>
      <w:r w:rsidRPr="008D1576">
        <w:rPr>
          <w:lang w:val="sr-Cyrl-RS"/>
        </w:rPr>
        <w:br/>
      </w:r>
      <w:r w:rsidRPr="008D1576">
        <w:rPr>
          <w:rFonts w:ascii="Segoe UI Symbol" w:hAnsi="Segoe UI Symbol" w:cs="Segoe UI Symbol"/>
        </w:rPr>
        <w:t>📧</w:t>
      </w:r>
      <w:r w:rsidRPr="008D1576">
        <w:rPr>
          <w:lang w:val="sr-Cyrl-RS"/>
        </w:rPr>
        <w:t xml:space="preserve"> </w:t>
      </w:r>
      <w:proofErr w:type="spellStart"/>
      <w:r w:rsidRPr="008D1576">
        <w:t>galerijakolarac</w:t>
      </w:r>
      <w:proofErr w:type="spellEnd"/>
      <w:r w:rsidRPr="008D1576">
        <w:rPr>
          <w:lang w:val="sr-Cyrl-RS"/>
        </w:rPr>
        <w:t>@</w:t>
      </w:r>
      <w:proofErr w:type="spellStart"/>
      <w:r w:rsidRPr="008D1576">
        <w:t>gmail</w:t>
      </w:r>
      <w:proofErr w:type="spellEnd"/>
      <w:r w:rsidRPr="008D1576">
        <w:rPr>
          <w:lang w:val="sr-Cyrl-RS"/>
        </w:rPr>
        <w:t>.</w:t>
      </w:r>
      <w:r w:rsidRPr="008D1576">
        <w:t>com</w:t>
      </w:r>
      <w:r w:rsidRPr="008D1576">
        <w:rPr>
          <w:lang w:val="sr-Cyrl-RS"/>
        </w:rPr>
        <w:br/>
      </w:r>
      <w:r w:rsidRPr="008D1576">
        <w:rPr>
          <w:rFonts w:ascii="Segoe UI Symbol" w:hAnsi="Segoe UI Symbol" w:cs="Segoe UI Symbol"/>
        </w:rPr>
        <w:t>📞</w:t>
      </w:r>
      <w:r w:rsidRPr="008D1576">
        <w:rPr>
          <w:lang w:val="sr-Cyrl-RS"/>
        </w:rPr>
        <w:t xml:space="preserve"> </w:t>
      </w:r>
      <w:r w:rsidR="006E746C" w:rsidRPr="006E746C">
        <w:rPr>
          <w:lang w:val="sr-Cyrl-RS"/>
        </w:rPr>
        <w:t>011 218 57 94</w:t>
      </w:r>
      <w:r w:rsidR="006E746C">
        <w:rPr>
          <w:lang w:val="sr-Cyrl-RS"/>
        </w:rPr>
        <w:t xml:space="preserve"> / </w:t>
      </w:r>
      <w:r w:rsidRPr="008D1576">
        <w:rPr>
          <w:lang w:val="sr-Cyrl-RS"/>
        </w:rPr>
        <w:t>011 263 84 72 / 011 263 76 09</w:t>
      </w:r>
    </w:p>
    <w:sectPr w:rsidR="00F02EA2" w:rsidRPr="006E746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148C7C46"/>
    <w:multiLevelType w:val="hybridMultilevel"/>
    <w:tmpl w:val="6570E698"/>
    <w:lvl w:ilvl="0" w:tplc="C72C84F0"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E8024D7"/>
    <w:multiLevelType w:val="hybridMultilevel"/>
    <w:tmpl w:val="422CE764"/>
    <w:lvl w:ilvl="0" w:tplc="3F308560"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49E5581"/>
    <w:multiLevelType w:val="hybridMultilevel"/>
    <w:tmpl w:val="CC8CB484"/>
    <w:lvl w:ilvl="0" w:tplc="E1B2E5FE"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0"/>
  </w:num>
  <w:num w:numId="11">
    <w:abstractNumId w:val="11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02321"/>
    <w:rsid w:val="00010B07"/>
    <w:rsid w:val="0002527F"/>
    <w:rsid w:val="00025762"/>
    <w:rsid w:val="00025C6B"/>
    <w:rsid w:val="00034616"/>
    <w:rsid w:val="00040D24"/>
    <w:rsid w:val="000443CB"/>
    <w:rsid w:val="00052366"/>
    <w:rsid w:val="00054F6C"/>
    <w:rsid w:val="00056292"/>
    <w:rsid w:val="0006063C"/>
    <w:rsid w:val="00064837"/>
    <w:rsid w:val="00072124"/>
    <w:rsid w:val="000A2089"/>
    <w:rsid w:val="000A2D53"/>
    <w:rsid w:val="000C55FE"/>
    <w:rsid w:val="000D10F3"/>
    <w:rsid w:val="000D4779"/>
    <w:rsid w:val="000E205C"/>
    <w:rsid w:val="000E7B96"/>
    <w:rsid w:val="001020D0"/>
    <w:rsid w:val="00102D01"/>
    <w:rsid w:val="001167A1"/>
    <w:rsid w:val="00122B0D"/>
    <w:rsid w:val="00125565"/>
    <w:rsid w:val="00142B9A"/>
    <w:rsid w:val="001453CD"/>
    <w:rsid w:val="001455C4"/>
    <w:rsid w:val="0015074B"/>
    <w:rsid w:val="0015296C"/>
    <w:rsid w:val="00176693"/>
    <w:rsid w:val="00177C5C"/>
    <w:rsid w:val="00180CD0"/>
    <w:rsid w:val="00197485"/>
    <w:rsid w:val="001B2756"/>
    <w:rsid w:val="001B45AD"/>
    <w:rsid w:val="001D0346"/>
    <w:rsid w:val="001E3431"/>
    <w:rsid w:val="001E7083"/>
    <w:rsid w:val="001F3A63"/>
    <w:rsid w:val="001F65A6"/>
    <w:rsid w:val="00200A46"/>
    <w:rsid w:val="00201390"/>
    <w:rsid w:val="00201614"/>
    <w:rsid w:val="0020491E"/>
    <w:rsid w:val="00205A17"/>
    <w:rsid w:val="00220385"/>
    <w:rsid w:val="0022621B"/>
    <w:rsid w:val="00235879"/>
    <w:rsid w:val="00241069"/>
    <w:rsid w:val="00241C4A"/>
    <w:rsid w:val="002423B1"/>
    <w:rsid w:val="0025247F"/>
    <w:rsid w:val="002617EC"/>
    <w:rsid w:val="002736D6"/>
    <w:rsid w:val="00275581"/>
    <w:rsid w:val="0027569C"/>
    <w:rsid w:val="0029639D"/>
    <w:rsid w:val="002B5DFE"/>
    <w:rsid w:val="002C261A"/>
    <w:rsid w:val="002C2AD3"/>
    <w:rsid w:val="002C35D9"/>
    <w:rsid w:val="002C5E21"/>
    <w:rsid w:val="002D53F2"/>
    <w:rsid w:val="002F7A9E"/>
    <w:rsid w:val="0030655A"/>
    <w:rsid w:val="0031166D"/>
    <w:rsid w:val="00312682"/>
    <w:rsid w:val="00315BD4"/>
    <w:rsid w:val="0032406C"/>
    <w:rsid w:val="00326F90"/>
    <w:rsid w:val="0033483F"/>
    <w:rsid w:val="003351FA"/>
    <w:rsid w:val="00342F66"/>
    <w:rsid w:val="003624EC"/>
    <w:rsid w:val="00363481"/>
    <w:rsid w:val="00367F52"/>
    <w:rsid w:val="00373A27"/>
    <w:rsid w:val="003861EB"/>
    <w:rsid w:val="0039224F"/>
    <w:rsid w:val="003A56DA"/>
    <w:rsid w:val="003B7425"/>
    <w:rsid w:val="003C6BFD"/>
    <w:rsid w:val="00403628"/>
    <w:rsid w:val="004164FA"/>
    <w:rsid w:val="00433E31"/>
    <w:rsid w:val="00447ABB"/>
    <w:rsid w:val="00476821"/>
    <w:rsid w:val="00483BE1"/>
    <w:rsid w:val="004D6381"/>
    <w:rsid w:val="004E1E6E"/>
    <w:rsid w:val="00511CA7"/>
    <w:rsid w:val="00524ECD"/>
    <w:rsid w:val="0055515E"/>
    <w:rsid w:val="00573D62"/>
    <w:rsid w:val="0057522A"/>
    <w:rsid w:val="00575708"/>
    <w:rsid w:val="005968B7"/>
    <w:rsid w:val="005A317E"/>
    <w:rsid w:val="005E1A8F"/>
    <w:rsid w:val="005F6998"/>
    <w:rsid w:val="006032A5"/>
    <w:rsid w:val="00603895"/>
    <w:rsid w:val="00635960"/>
    <w:rsid w:val="00636B16"/>
    <w:rsid w:val="006416F4"/>
    <w:rsid w:val="006503C6"/>
    <w:rsid w:val="00650BEF"/>
    <w:rsid w:val="00651FBA"/>
    <w:rsid w:val="0065412C"/>
    <w:rsid w:val="0065741D"/>
    <w:rsid w:val="00661534"/>
    <w:rsid w:val="0066235E"/>
    <w:rsid w:val="006763E1"/>
    <w:rsid w:val="00681530"/>
    <w:rsid w:val="006879A3"/>
    <w:rsid w:val="00690D7D"/>
    <w:rsid w:val="006933AD"/>
    <w:rsid w:val="006956C2"/>
    <w:rsid w:val="00697098"/>
    <w:rsid w:val="006B1DC0"/>
    <w:rsid w:val="006C48F1"/>
    <w:rsid w:val="006E746C"/>
    <w:rsid w:val="006E79FB"/>
    <w:rsid w:val="006F5276"/>
    <w:rsid w:val="006F66F9"/>
    <w:rsid w:val="007301E3"/>
    <w:rsid w:val="00731D8C"/>
    <w:rsid w:val="00735564"/>
    <w:rsid w:val="0074076B"/>
    <w:rsid w:val="007474F9"/>
    <w:rsid w:val="00751982"/>
    <w:rsid w:val="007573FD"/>
    <w:rsid w:val="00772BEB"/>
    <w:rsid w:val="0078272E"/>
    <w:rsid w:val="00782FEE"/>
    <w:rsid w:val="00786AA1"/>
    <w:rsid w:val="007C4535"/>
    <w:rsid w:val="007C6A90"/>
    <w:rsid w:val="007D1D33"/>
    <w:rsid w:val="007F2B3E"/>
    <w:rsid w:val="00813B00"/>
    <w:rsid w:val="00824C84"/>
    <w:rsid w:val="00835D31"/>
    <w:rsid w:val="00855B96"/>
    <w:rsid w:val="008672B9"/>
    <w:rsid w:val="00887CAC"/>
    <w:rsid w:val="00894AC2"/>
    <w:rsid w:val="008A3804"/>
    <w:rsid w:val="008A3AD4"/>
    <w:rsid w:val="008A53F7"/>
    <w:rsid w:val="008C15C4"/>
    <w:rsid w:val="008D1576"/>
    <w:rsid w:val="008E42A8"/>
    <w:rsid w:val="008F0F71"/>
    <w:rsid w:val="008F5205"/>
    <w:rsid w:val="009101FE"/>
    <w:rsid w:val="00910479"/>
    <w:rsid w:val="00911807"/>
    <w:rsid w:val="00965D9E"/>
    <w:rsid w:val="00992528"/>
    <w:rsid w:val="009964A9"/>
    <w:rsid w:val="00997A28"/>
    <w:rsid w:val="009A09C7"/>
    <w:rsid w:val="009B639A"/>
    <w:rsid w:val="009C024F"/>
    <w:rsid w:val="009C1BD1"/>
    <w:rsid w:val="009D6D9C"/>
    <w:rsid w:val="009D7309"/>
    <w:rsid w:val="009D7C90"/>
    <w:rsid w:val="009E1D30"/>
    <w:rsid w:val="009E5510"/>
    <w:rsid w:val="009E559F"/>
    <w:rsid w:val="009F7493"/>
    <w:rsid w:val="00A03553"/>
    <w:rsid w:val="00A07DC2"/>
    <w:rsid w:val="00A10168"/>
    <w:rsid w:val="00A36B36"/>
    <w:rsid w:val="00A45B74"/>
    <w:rsid w:val="00A520BB"/>
    <w:rsid w:val="00A64094"/>
    <w:rsid w:val="00A92A6B"/>
    <w:rsid w:val="00A96A4E"/>
    <w:rsid w:val="00AA1D8D"/>
    <w:rsid w:val="00AA7E6D"/>
    <w:rsid w:val="00AD6DEC"/>
    <w:rsid w:val="00AE263F"/>
    <w:rsid w:val="00AE32E6"/>
    <w:rsid w:val="00AF2381"/>
    <w:rsid w:val="00B1153C"/>
    <w:rsid w:val="00B2331A"/>
    <w:rsid w:val="00B23ADC"/>
    <w:rsid w:val="00B24024"/>
    <w:rsid w:val="00B44B17"/>
    <w:rsid w:val="00B47730"/>
    <w:rsid w:val="00B506C9"/>
    <w:rsid w:val="00B55608"/>
    <w:rsid w:val="00B626CE"/>
    <w:rsid w:val="00B700E4"/>
    <w:rsid w:val="00B702BB"/>
    <w:rsid w:val="00B822ED"/>
    <w:rsid w:val="00B83D97"/>
    <w:rsid w:val="00B87AFF"/>
    <w:rsid w:val="00B90817"/>
    <w:rsid w:val="00B9300B"/>
    <w:rsid w:val="00B93991"/>
    <w:rsid w:val="00BA3A36"/>
    <w:rsid w:val="00BB0FB7"/>
    <w:rsid w:val="00BB22D8"/>
    <w:rsid w:val="00BC075F"/>
    <w:rsid w:val="00BC546C"/>
    <w:rsid w:val="00BD0917"/>
    <w:rsid w:val="00BD6682"/>
    <w:rsid w:val="00BD6710"/>
    <w:rsid w:val="00BE3C04"/>
    <w:rsid w:val="00BF2A1D"/>
    <w:rsid w:val="00BF5B60"/>
    <w:rsid w:val="00BF7693"/>
    <w:rsid w:val="00C10A49"/>
    <w:rsid w:val="00C2560E"/>
    <w:rsid w:val="00C36656"/>
    <w:rsid w:val="00C5099E"/>
    <w:rsid w:val="00C62FA7"/>
    <w:rsid w:val="00C65CDA"/>
    <w:rsid w:val="00C90139"/>
    <w:rsid w:val="00C9122D"/>
    <w:rsid w:val="00CB0664"/>
    <w:rsid w:val="00CB70D2"/>
    <w:rsid w:val="00CB7DDF"/>
    <w:rsid w:val="00CC0D4C"/>
    <w:rsid w:val="00CC7E8D"/>
    <w:rsid w:val="00CD507B"/>
    <w:rsid w:val="00CD544C"/>
    <w:rsid w:val="00CE0AD5"/>
    <w:rsid w:val="00CE55C3"/>
    <w:rsid w:val="00CF40DB"/>
    <w:rsid w:val="00CF6CA7"/>
    <w:rsid w:val="00D065A7"/>
    <w:rsid w:val="00D1028A"/>
    <w:rsid w:val="00D13682"/>
    <w:rsid w:val="00D14583"/>
    <w:rsid w:val="00D2064A"/>
    <w:rsid w:val="00D23F66"/>
    <w:rsid w:val="00D257FC"/>
    <w:rsid w:val="00D47DFB"/>
    <w:rsid w:val="00D51038"/>
    <w:rsid w:val="00D55324"/>
    <w:rsid w:val="00D55BD0"/>
    <w:rsid w:val="00D7180F"/>
    <w:rsid w:val="00D90A84"/>
    <w:rsid w:val="00DA112F"/>
    <w:rsid w:val="00DB1A4B"/>
    <w:rsid w:val="00DB23BB"/>
    <w:rsid w:val="00DB6D14"/>
    <w:rsid w:val="00DC057E"/>
    <w:rsid w:val="00DC4A9D"/>
    <w:rsid w:val="00DC6300"/>
    <w:rsid w:val="00DC776B"/>
    <w:rsid w:val="00DC7AD2"/>
    <w:rsid w:val="00DE50C5"/>
    <w:rsid w:val="00DF3337"/>
    <w:rsid w:val="00E0249B"/>
    <w:rsid w:val="00E17F97"/>
    <w:rsid w:val="00E31C0B"/>
    <w:rsid w:val="00E35241"/>
    <w:rsid w:val="00E57009"/>
    <w:rsid w:val="00E60583"/>
    <w:rsid w:val="00E60BC9"/>
    <w:rsid w:val="00E65E7D"/>
    <w:rsid w:val="00E80C8E"/>
    <w:rsid w:val="00E919D2"/>
    <w:rsid w:val="00E975A7"/>
    <w:rsid w:val="00EB4374"/>
    <w:rsid w:val="00ED47F3"/>
    <w:rsid w:val="00ED4CC8"/>
    <w:rsid w:val="00EF0277"/>
    <w:rsid w:val="00F02EA2"/>
    <w:rsid w:val="00F11EE4"/>
    <w:rsid w:val="00F13B2A"/>
    <w:rsid w:val="00F22659"/>
    <w:rsid w:val="00F5046F"/>
    <w:rsid w:val="00F62349"/>
    <w:rsid w:val="00F84B98"/>
    <w:rsid w:val="00F96DF4"/>
    <w:rsid w:val="00FA3D47"/>
    <w:rsid w:val="00FB28D1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D23F66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B44B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r-Cyrl-RS" w:eastAsia="sr-Cyrl-R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02D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2D0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D23F66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B44B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r-Cyrl-RS" w:eastAsia="sr-Cyrl-R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02D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2D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6C81BD4-3352-4102-B3AD-4138D157DB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722</Words>
  <Characters>4122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4835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Konstantin</cp:lastModifiedBy>
  <cp:revision>2</cp:revision>
  <cp:lastPrinted>2026-05-18T09:39:00Z</cp:lastPrinted>
  <dcterms:created xsi:type="dcterms:W3CDTF">2026-05-18T09:40:00Z</dcterms:created>
  <dcterms:modified xsi:type="dcterms:W3CDTF">2026-05-18T09:40:00Z</dcterms:modified>
</cp:coreProperties>
</file>